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7009F" w14:textId="77777777" w:rsidR="00E51644" w:rsidRDefault="00E51644">
      <w:pPr>
        <w:autoSpaceDE w:val="0"/>
        <w:autoSpaceDN w:val="0"/>
        <w:spacing w:after="78" w:line="220" w:lineRule="exact"/>
      </w:pPr>
    </w:p>
    <w:p w14:paraId="328FA150" w14:textId="77777777" w:rsidR="00E51644" w:rsidRPr="00432BB2" w:rsidRDefault="00057968">
      <w:pPr>
        <w:autoSpaceDE w:val="0"/>
        <w:autoSpaceDN w:val="0"/>
        <w:spacing w:after="0" w:line="230" w:lineRule="auto"/>
        <w:ind w:left="1494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14:paraId="6AA17FEA" w14:textId="77777777" w:rsidR="00432BB2" w:rsidRDefault="00057968" w:rsidP="00DB409C">
      <w:pPr>
        <w:autoSpaceDE w:val="0"/>
        <w:autoSpaceDN w:val="0"/>
        <w:spacing w:before="670" w:after="0" w:line="230" w:lineRule="auto"/>
        <w:ind w:left="2286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14:paraId="51AC7848" w14:textId="79BCA99A" w:rsidR="00432BB2" w:rsidRDefault="00DB409C" w:rsidP="00DB409C">
      <w:pPr>
        <w:autoSpaceDE w:val="0"/>
        <w:autoSpaceDN w:val="0"/>
        <w:spacing w:before="670" w:after="0" w:line="230" w:lineRule="auto"/>
        <w:ind w:left="2286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МУ «</w:t>
      </w:r>
      <w:r w:rsidR="00057968" w:rsidRPr="00432BB2">
        <w:rPr>
          <w:rFonts w:ascii="Times New Roman" w:eastAsia="Times New Roman" w:hAnsi="Times New Roman"/>
          <w:color w:val="000000"/>
          <w:sz w:val="24"/>
          <w:lang w:val="ru-RU"/>
        </w:rPr>
        <w:t>Исполнительный комитет Спасского муниципального района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»</w:t>
      </w:r>
    </w:p>
    <w:p w14:paraId="04C8F3F5" w14:textId="3E8E5B6B" w:rsidR="00432BB2" w:rsidRDefault="00DB409C" w:rsidP="00DB409C">
      <w:pPr>
        <w:autoSpaceDE w:val="0"/>
        <w:autoSpaceDN w:val="0"/>
        <w:spacing w:before="670" w:after="0" w:line="230" w:lineRule="auto"/>
        <w:ind w:left="2112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МБОУ «БСОШ № 2»</w:t>
      </w:r>
    </w:p>
    <w:p w14:paraId="7655F468" w14:textId="77777777" w:rsidR="00DB409C" w:rsidRPr="00432BB2" w:rsidRDefault="00DB409C" w:rsidP="00432BB2">
      <w:pPr>
        <w:autoSpaceDE w:val="0"/>
        <w:autoSpaceDN w:val="0"/>
        <w:spacing w:before="670" w:after="0" w:line="230" w:lineRule="auto"/>
        <w:ind w:left="2112"/>
        <w:rPr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262"/>
        <w:gridCol w:w="3380"/>
        <w:gridCol w:w="3280"/>
      </w:tblGrid>
      <w:tr w:rsidR="00E51644" w14:paraId="374129A7" w14:textId="77777777">
        <w:trPr>
          <w:trHeight w:hRule="exact" w:val="274"/>
        </w:trPr>
        <w:tc>
          <w:tcPr>
            <w:tcW w:w="3262" w:type="dxa"/>
            <w:tcMar>
              <w:left w:w="0" w:type="dxa"/>
              <w:right w:w="0" w:type="dxa"/>
            </w:tcMar>
          </w:tcPr>
          <w:p w14:paraId="67B006E8" w14:textId="77777777" w:rsidR="00E51644" w:rsidRDefault="00057968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14:paraId="6705E7EB" w14:textId="77777777" w:rsidR="00E51644" w:rsidRDefault="00057968">
            <w:pPr>
              <w:autoSpaceDE w:val="0"/>
              <w:autoSpaceDN w:val="0"/>
              <w:spacing w:before="48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14:paraId="689F02F4" w14:textId="77777777" w:rsidR="00E51644" w:rsidRDefault="00057968">
            <w:pPr>
              <w:autoSpaceDE w:val="0"/>
              <w:autoSpaceDN w:val="0"/>
              <w:spacing w:before="4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E51644" w14:paraId="106AA094" w14:textId="77777777">
        <w:trPr>
          <w:trHeight w:hRule="exact" w:val="200"/>
        </w:trPr>
        <w:tc>
          <w:tcPr>
            <w:tcW w:w="3262" w:type="dxa"/>
            <w:tcMar>
              <w:left w:w="0" w:type="dxa"/>
              <w:right w:w="0" w:type="dxa"/>
            </w:tcMar>
          </w:tcPr>
          <w:p w14:paraId="59E7AB6E" w14:textId="77777777" w:rsidR="00E51644" w:rsidRDefault="00057968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 заседании МО учителей</w:t>
            </w:r>
          </w:p>
        </w:tc>
        <w:tc>
          <w:tcPr>
            <w:tcW w:w="3380" w:type="dxa"/>
            <w:tcMar>
              <w:left w:w="0" w:type="dxa"/>
              <w:right w:w="0" w:type="dxa"/>
            </w:tcMar>
          </w:tcPr>
          <w:p w14:paraId="27A88AE8" w14:textId="77777777" w:rsidR="00E51644" w:rsidRDefault="00057968">
            <w:pPr>
              <w:autoSpaceDE w:val="0"/>
              <w:autoSpaceDN w:val="0"/>
              <w:spacing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на заседании МС школы 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14:paraId="07E5A7FF" w14:textId="77777777" w:rsidR="00E51644" w:rsidRDefault="00057968">
            <w:pPr>
              <w:autoSpaceDE w:val="0"/>
              <w:autoSpaceDN w:val="0"/>
              <w:spacing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 МБОУ «БСОШ № 2»</w:t>
            </w:r>
          </w:p>
        </w:tc>
      </w:tr>
      <w:tr w:rsidR="00E51644" w14:paraId="49976DD4" w14:textId="77777777">
        <w:trPr>
          <w:trHeight w:hRule="exact" w:val="400"/>
        </w:trPr>
        <w:tc>
          <w:tcPr>
            <w:tcW w:w="3262" w:type="dxa"/>
            <w:tcMar>
              <w:left w:w="0" w:type="dxa"/>
              <w:right w:w="0" w:type="dxa"/>
            </w:tcMar>
          </w:tcPr>
          <w:p w14:paraId="659F176B" w14:textId="77777777" w:rsidR="00E51644" w:rsidRDefault="00057968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технологии и эстетического цикла</w:t>
            </w:r>
          </w:p>
        </w:tc>
        <w:tc>
          <w:tcPr>
            <w:tcW w:w="3380" w:type="dxa"/>
            <w:vMerge w:val="restart"/>
            <w:tcMar>
              <w:left w:w="0" w:type="dxa"/>
              <w:right w:w="0" w:type="dxa"/>
            </w:tcMar>
          </w:tcPr>
          <w:p w14:paraId="235252EB" w14:textId="77777777" w:rsidR="00E51644" w:rsidRDefault="00057968">
            <w:pPr>
              <w:autoSpaceDE w:val="0"/>
              <w:autoSpaceDN w:val="0"/>
              <w:spacing w:before="198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______________Черкасова Е.А.</w:t>
            </w:r>
          </w:p>
        </w:tc>
        <w:tc>
          <w:tcPr>
            <w:tcW w:w="3280" w:type="dxa"/>
            <w:vMerge w:val="restart"/>
            <w:tcMar>
              <w:left w:w="0" w:type="dxa"/>
              <w:right w:w="0" w:type="dxa"/>
            </w:tcMar>
          </w:tcPr>
          <w:p w14:paraId="2843BC31" w14:textId="77777777" w:rsidR="00E51644" w:rsidRDefault="00057968">
            <w:pPr>
              <w:autoSpaceDE w:val="0"/>
              <w:autoSpaceDN w:val="0"/>
              <w:spacing w:before="19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______________Борюшкина Л.В.</w:t>
            </w:r>
          </w:p>
        </w:tc>
      </w:tr>
      <w:tr w:rsidR="00E51644" w14:paraId="187D5ABC" w14:textId="77777777">
        <w:trPr>
          <w:trHeight w:hRule="exact" w:val="116"/>
        </w:trPr>
        <w:tc>
          <w:tcPr>
            <w:tcW w:w="3262" w:type="dxa"/>
            <w:vMerge w:val="restart"/>
            <w:tcMar>
              <w:left w:w="0" w:type="dxa"/>
              <w:right w:w="0" w:type="dxa"/>
            </w:tcMar>
          </w:tcPr>
          <w:p w14:paraId="515D4989" w14:textId="77777777" w:rsidR="00E51644" w:rsidRDefault="00057968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______________Мишенькина С.А.</w:t>
            </w:r>
          </w:p>
        </w:tc>
        <w:tc>
          <w:tcPr>
            <w:tcW w:w="3316" w:type="dxa"/>
            <w:vMerge/>
          </w:tcPr>
          <w:p w14:paraId="02DAFFB7" w14:textId="77777777" w:rsidR="00E51644" w:rsidRDefault="00E51644"/>
        </w:tc>
        <w:tc>
          <w:tcPr>
            <w:tcW w:w="3316" w:type="dxa"/>
            <w:vMerge/>
          </w:tcPr>
          <w:p w14:paraId="2690B505" w14:textId="77777777" w:rsidR="00E51644" w:rsidRDefault="00E51644"/>
        </w:tc>
      </w:tr>
      <w:tr w:rsidR="00E51644" w14:paraId="7249EF78" w14:textId="77777777">
        <w:trPr>
          <w:trHeight w:hRule="exact" w:val="304"/>
        </w:trPr>
        <w:tc>
          <w:tcPr>
            <w:tcW w:w="3316" w:type="dxa"/>
            <w:vMerge/>
          </w:tcPr>
          <w:p w14:paraId="1C0EA794" w14:textId="77777777" w:rsidR="00E51644" w:rsidRDefault="00E51644"/>
        </w:tc>
        <w:tc>
          <w:tcPr>
            <w:tcW w:w="3380" w:type="dxa"/>
            <w:tcMar>
              <w:left w:w="0" w:type="dxa"/>
              <w:right w:w="0" w:type="dxa"/>
            </w:tcMar>
          </w:tcPr>
          <w:p w14:paraId="793FA4F7" w14:textId="77777777" w:rsidR="00E51644" w:rsidRDefault="00057968">
            <w:pPr>
              <w:autoSpaceDE w:val="0"/>
              <w:autoSpaceDN w:val="0"/>
              <w:spacing w:before="78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280" w:type="dxa"/>
            <w:tcMar>
              <w:left w:w="0" w:type="dxa"/>
              <w:right w:w="0" w:type="dxa"/>
            </w:tcMar>
          </w:tcPr>
          <w:p w14:paraId="19A88D85" w14:textId="77777777" w:rsidR="00E51644" w:rsidRDefault="00057968">
            <w:pPr>
              <w:autoSpaceDE w:val="0"/>
              <w:autoSpaceDN w:val="0"/>
              <w:spacing w:before="78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E51644" w14:paraId="6E7CA10D" w14:textId="77777777">
        <w:trPr>
          <w:trHeight w:hRule="exact" w:val="300"/>
        </w:trPr>
        <w:tc>
          <w:tcPr>
            <w:tcW w:w="3262" w:type="dxa"/>
            <w:tcMar>
              <w:left w:w="0" w:type="dxa"/>
              <w:right w:w="0" w:type="dxa"/>
            </w:tcMar>
          </w:tcPr>
          <w:p w14:paraId="1974CBBA" w14:textId="77777777" w:rsidR="00E51644" w:rsidRDefault="00057968">
            <w:pPr>
              <w:autoSpaceDE w:val="0"/>
              <w:autoSpaceDN w:val="0"/>
              <w:spacing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380" w:type="dxa"/>
            <w:vMerge w:val="restart"/>
            <w:tcMar>
              <w:left w:w="0" w:type="dxa"/>
              <w:right w:w="0" w:type="dxa"/>
            </w:tcMar>
          </w:tcPr>
          <w:p w14:paraId="30B85F3C" w14:textId="77777777" w:rsidR="00E51644" w:rsidRDefault="00057968">
            <w:pPr>
              <w:autoSpaceDE w:val="0"/>
              <w:autoSpaceDN w:val="0"/>
              <w:spacing w:before="194" w:after="0" w:line="230" w:lineRule="auto"/>
              <w:ind w:left="25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 г.</w:t>
            </w:r>
          </w:p>
        </w:tc>
        <w:tc>
          <w:tcPr>
            <w:tcW w:w="3280" w:type="dxa"/>
            <w:vMerge w:val="restart"/>
            <w:tcMar>
              <w:left w:w="0" w:type="dxa"/>
              <w:right w:w="0" w:type="dxa"/>
            </w:tcMar>
          </w:tcPr>
          <w:p w14:paraId="2C2A5145" w14:textId="77777777" w:rsidR="00E51644" w:rsidRDefault="00057968">
            <w:pPr>
              <w:autoSpaceDE w:val="0"/>
              <w:autoSpaceDN w:val="0"/>
              <w:spacing w:before="194" w:after="0" w:line="230" w:lineRule="auto"/>
              <w:ind w:left="39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г.</w:t>
            </w:r>
          </w:p>
        </w:tc>
      </w:tr>
      <w:tr w:rsidR="00E51644" w14:paraId="7EFCE699" w14:textId="77777777">
        <w:trPr>
          <w:trHeight w:hRule="exact" w:val="384"/>
        </w:trPr>
        <w:tc>
          <w:tcPr>
            <w:tcW w:w="3262" w:type="dxa"/>
            <w:tcMar>
              <w:left w:w="0" w:type="dxa"/>
              <w:right w:w="0" w:type="dxa"/>
            </w:tcMar>
          </w:tcPr>
          <w:p w14:paraId="3E3B5986" w14:textId="77777777" w:rsidR="00E51644" w:rsidRDefault="00057968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г.</w:t>
            </w:r>
          </w:p>
        </w:tc>
        <w:tc>
          <w:tcPr>
            <w:tcW w:w="3316" w:type="dxa"/>
            <w:vMerge/>
          </w:tcPr>
          <w:p w14:paraId="05E62F71" w14:textId="77777777" w:rsidR="00E51644" w:rsidRDefault="00E51644"/>
        </w:tc>
        <w:tc>
          <w:tcPr>
            <w:tcW w:w="3316" w:type="dxa"/>
            <w:vMerge/>
          </w:tcPr>
          <w:p w14:paraId="6AB6B9A5" w14:textId="77777777" w:rsidR="00E51644" w:rsidRDefault="00E51644"/>
        </w:tc>
      </w:tr>
    </w:tbl>
    <w:p w14:paraId="47277EDB" w14:textId="77777777" w:rsidR="00E51644" w:rsidRDefault="00057968">
      <w:pPr>
        <w:autoSpaceDE w:val="0"/>
        <w:autoSpaceDN w:val="0"/>
        <w:spacing w:before="978" w:after="0" w:line="230" w:lineRule="auto"/>
        <w:ind w:right="3306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РАБОЧАЯ ПРОГРАММА</w:t>
      </w:r>
    </w:p>
    <w:p w14:paraId="513A7A63" w14:textId="77777777" w:rsidR="00E51644" w:rsidRDefault="00057968">
      <w:pPr>
        <w:autoSpaceDE w:val="0"/>
        <w:autoSpaceDN w:val="0"/>
        <w:spacing w:before="310" w:after="0" w:line="230" w:lineRule="auto"/>
        <w:ind w:right="2304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ОСНОВНОГО ОБЩЕГО ОБРАЗОВАНИЯ</w:t>
      </w:r>
    </w:p>
    <w:p w14:paraId="4B761835" w14:textId="77777777" w:rsidR="00E51644" w:rsidRDefault="00057968">
      <w:pPr>
        <w:autoSpaceDE w:val="0"/>
        <w:autoSpaceDN w:val="0"/>
        <w:spacing w:before="310" w:after="0" w:line="230" w:lineRule="auto"/>
        <w:ind w:right="4078"/>
        <w:jc w:val="right"/>
      </w:pPr>
      <w:r>
        <w:rPr>
          <w:rFonts w:ascii="Times New Roman" w:eastAsia="Times New Roman" w:hAnsi="Times New Roman"/>
          <w:b/>
          <w:color w:val="000000"/>
          <w:sz w:val="24"/>
        </w:rPr>
        <w:t>(ID 5134348)</w:t>
      </w:r>
    </w:p>
    <w:p w14:paraId="0C8B86D8" w14:textId="77777777" w:rsidR="00E51644" w:rsidRDefault="00057968">
      <w:pPr>
        <w:autoSpaceDE w:val="0"/>
        <w:autoSpaceDN w:val="0"/>
        <w:spacing w:before="166" w:after="0" w:line="230" w:lineRule="auto"/>
        <w:ind w:right="3678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</w:p>
    <w:p w14:paraId="5FC0BAEC" w14:textId="77777777" w:rsidR="00E51644" w:rsidRDefault="00057968">
      <w:pPr>
        <w:autoSpaceDE w:val="0"/>
        <w:autoSpaceDN w:val="0"/>
        <w:spacing w:before="70" w:after="0" w:line="230" w:lineRule="auto"/>
        <w:ind w:right="3930"/>
        <w:jc w:val="right"/>
      </w:pPr>
      <w:r>
        <w:rPr>
          <w:rFonts w:ascii="Times New Roman" w:eastAsia="Times New Roman" w:hAnsi="Times New Roman"/>
          <w:color w:val="000000"/>
          <w:sz w:val="24"/>
        </w:rPr>
        <w:t>«Технология»</w:t>
      </w:r>
    </w:p>
    <w:p w14:paraId="37D5C195" w14:textId="658CE2C5" w:rsidR="00DB409C" w:rsidRPr="00DB409C" w:rsidRDefault="00DB409C" w:rsidP="00DB409C">
      <w:pPr>
        <w:autoSpaceDE w:val="0"/>
        <w:autoSpaceDN w:val="0"/>
        <w:spacing w:before="672" w:after="0" w:line="230" w:lineRule="auto"/>
        <w:ind w:right="2200"/>
        <w:jc w:val="center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</w:t>
      </w:r>
      <w:r w:rsidR="00057968" w:rsidRPr="00DB409C">
        <w:rPr>
          <w:rFonts w:ascii="Times New Roman" w:eastAsia="Times New Roman" w:hAnsi="Times New Roman"/>
          <w:color w:val="000000"/>
          <w:sz w:val="24"/>
          <w:lang w:val="ru-RU"/>
        </w:rPr>
        <w:t>для 5-9 клас</w:t>
      </w:r>
      <w:r w:rsidRPr="00DB409C">
        <w:rPr>
          <w:rFonts w:ascii="Times New Roman" w:eastAsia="Times New Roman" w:hAnsi="Times New Roman"/>
          <w:color w:val="000000"/>
          <w:sz w:val="24"/>
          <w:lang w:val="ru-RU"/>
        </w:rPr>
        <w:t>сов основного общего образования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на 2022-2023 год</w:t>
      </w:r>
    </w:p>
    <w:p w14:paraId="2C1E84D0" w14:textId="77777777" w:rsidR="009E0BC5" w:rsidRPr="00DB409C" w:rsidRDefault="009E0BC5" w:rsidP="00DB409C">
      <w:pPr>
        <w:autoSpaceDE w:val="0"/>
        <w:autoSpaceDN w:val="0"/>
        <w:spacing w:before="672" w:after="0" w:line="230" w:lineRule="auto"/>
        <w:ind w:right="2200"/>
        <w:jc w:val="right"/>
        <w:rPr>
          <w:lang w:val="ru-RU"/>
        </w:rPr>
      </w:pPr>
    </w:p>
    <w:p w14:paraId="288FA99F" w14:textId="683D35BB" w:rsidR="009E0BC5" w:rsidRPr="003C3E56" w:rsidRDefault="00DB409C" w:rsidP="00DB409C">
      <w:pPr>
        <w:autoSpaceDE w:val="0"/>
        <w:autoSpaceDN w:val="0"/>
        <w:spacing w:before="672" w:after="0" w:line="230" w:lineRule="auto"/>
        <w:ind w:right="2200"/>
        <w:jc w:val="right"/>
        <w:rPr>
          <w:lang w:val="ru-RU"/>
        </w:rPr>
      </w:pPr>
      <w:r>
        <w:rPr>
          <w:lang w:val="ru-RU"/>
        </w:rPr>
        <w:t xml:space="preserve">                          Составитель: Выжленковой О.В.,                                                                                         учитель </w:t>
      </w:r>
      <w:r w:rsidR="003C3E56">
        <w:rPr>
          <w:lang w:val="ru-RU"/>
        </w:rPr>
        <w:t>технол</w:t>
      </w:r>
      <w:r w:rsidR="00524B0F">
        <w:rPr>
          <w:lang w:val="ru-RU"/>
        </w:rPr>
        <w:t>о</w:t>
      </w:r>
      <w:bookmarkStart w:id="0" w:name="_GoBack"/>
      <w:bookmarkEnd w:id="0"/>
      <w:r w:rsidR="003C3E56">
        <w:rPr>
          <w:lang w:val="ru-RU"/>
        </w:rPr>
        <w:t xml:space="preserve">гии </w:t>
      </w:r>
    </w:p>
    <w:p w14:paraId="4A1FDA9B" w14:textId="77777777" w:rsidR="009E0BC5" w:rsidRDefault="009E0BC5" w:rsidP="009E0BC5">
      <w:pPr>
        <w:autoSpaceDE w:val="0"/>
        <w:autoSpaceDN w:val="0"/>
        <w:spacing w:before="672" w:after="0" w:line="230" w:lineRule="auto"/>
        <w:ind w:right="2200"/>
        <w:jc w:val="right"/>
        <w:rPr>
          <w:lang w:val="ru-RU"/>
        </w:rPr>
      </w:pPr>
    </w:p>
    <w:p w14:paraId="7A630DE3" w14:textId="00C39464" w:rsidR="00E51644" w:rsidRPr="009E0BC5" w:rsidRDefault="009E0BC5" w:rsidP="009E0BC5">
      <w:pPr>
        <w:autoSpaceDE w:val="0"/>
        <w:autoSpaceDN w:val="0"/>
        <w:spacing w:before="672" w:after="0" w:line="230" w:lineRule="auto"/>
        <w:ind w:right="2200"/>
        <w:jc w:val="center"/>
        <w:rPr>
          <w:lang w:val="ru-RU"/>
        </w:rPr>
        <w:sectPr w:rsidR="00E51644" w:rsidRPr="009E0BC5" w:rsidSect="009E0BC5">
          <w:headerReference w:type="default" r:id="rId9"/>
          <w:pgSz w:w="11900" w:h="16840"/>
          <w:pgMar w:top="298" w:right="1214" w:bottom="588" w:left="738" w:header="720" w:footer="720" w:gutter="0"/>
          <w:cols w:space="720" w:equalWidth="0">
            <w:col w:w="9948" w:space="0"/>
          </w:cols>
          <w:titlePg/>
          <w:docGrid w:linePitch="360"/>
        </w:sect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                   </w:t>
      </w:r>
      <w:r w:rsidR="00DB409C">
        <w:rPr>
          <w:rFonts w:ascii="Times New Roman" w:eastAsia="Times New Roman" w:hAnsi="Times New Roman"/>
          <w:color w:val="000000"/>
          <w:sz w:val="24"/>
          <w:lang w:val="ru-RU"/>
        </w:rPr>
        <w:t>Болгар 20</w:t>
      </w:r>
    </w:p>
    <w:p w14:paraId="4518C349" w14:textId="77777777" w:rsidR="00E51644" w:rsidRPr="009E0BC5" w:rsidRDefault="00E51644">
      <w:pPr>
        <w:autoSpaceDE w:val="0"/>
        <w:autoSpaceDN w:val="0"/>
        <w:spacing w:after="78" w:line="220" w:lineRule="exact"/>
        <w:rPr>
          <w:lang w:val="ru-RU"/>
        </w:rPr>
      </w:pPr>
    </w:p>
    <w:p w14:paraId="6208B13E" w14:textId="4562B01A" w:rsidR="00E51644" w:rsidRPr="00DB409C" w:rsidRDefault="00057968" w:rsidP="00DB409C">
      <w:pPr>
        <w:pStyle w:val="ae"/>
        <w:numPr>
          <w:ilvl w:val="0"/>
          <w:numId w:val="10"/>
        </w:numPr>
        <w:autoSpaceDE w:val="0"/>
        <w:autoSpaceDN w:val="0"/>
        <w:spacing w:after="0" w:line="230" w:lineRule="auto"/>
        <w:rPr>
          <w:lang w:val="ru-RU"/>
        </w:rPr>
      </w:pPr>
      <w:r w:rsidRPr="00DB409C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14:paraId="02847CAE" w14:textId="6F574722" w:rsidR="00E51644" w:rsidRPr="00DB409C" w:rsidRDefault="00057968" w:rsidP="00DB409C">
      <w:pPr>
        <w:pStyle w:val="ae"/>
        <w:numPr>
          <w:ilvl w:val="0"/>
          <w:numId w:val="11"/>
        </w:numPr>
        <w:autoSpaceDE w:val="0"/>
        <w:autoSpaceDN w:val="0"/>
        <w:spacing w:before="346" w:after="0" w:line="230" w:lineRule="auto"/>
        <w:rPr>
          <w:lang w:val="ru-RU"/>
        </w:rPr>
      </w:pPr>
      <w:r w:rsidRPr="00DB409C">
        <w:rPr>
          <w:rFonts w:ascii="Times New Roman" w:eastAsia="Times New Roman" w:hAnsi="Times New Roman"/>
          <w:b/>
          <w:color w:val="000000"/>
          <w:sz w:val="24"/>
          <w:lang w:val="ru-RU"/>
        </w:rPr>
        <w:t>ХАРАКТЕРИСТИКА УЧЕБНОГО ПРЕДМЕТА «ТЕХНОЛОГИЯ»</w:t>
      </w:r>
    </w:p>
    <w:p w14:paraId="2FAFDAEE" w14:textId="77777777" w:rsidR="00E51644" w:rsidRPr="00432BB2" w:rsidRDefault="00057968">
      <w:pPr>
        <w:autoSpaceDE w:val="0"/>
        <w:autoSpaceDN w:val="0"/>
        <w:spacing w:before="166" w:after="0" w:line="281" w:lineRule="auto"/>
        <w:ind w:right="288"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«Технология» в современной школе интегрирует знания по разным предметам учебного плана и становится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14:paraId="086EAD64" w14:textId="77777777" w:rsidR="00E51644" w:rsidRPr="00432BB2" w:rsidRDefault="00057968">
      <w:pPr>
        <w:autoSpaceDE w:val="0"/>
        <w:autoSpaceDN w:val="0"/>
        <w:spacing w:before="70" w:after="0" w:line="281" w:lineRule="auto"/>
        <w:ind w:right="288"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Предмет обеспечивает обучающимся вхождение в мир технологий, в том числе: материальных, информационных, коммуникационных, когнитивных и социальных. В рамках освоения предмета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18FE800A" w14:textId="77777777" w:rsidR="00E51644" w:rsidRPr="00432BB2" w:rsidRDefault="00057968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Различные виды технологий, в том числе обозначенные в Национальной технологической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инициативе, являются основой инновационного развития внутреннего рынка, устойчивого положения России на внешнем рынке.</w:t>
      </w:r>
    </w:p>
    <w:p w14:paraId="7682C7A3" w14:textId="77777777" w:rsidR="00E51644" w:rsidRPr="00432BB2" w:rsidRDefault="00057968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«Технология»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дизайн;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технологии; нанотехнологии; робототехника и системы автоматического управления; технологии электротехники, электроники и электроэнергетики; строительство; транспорт; агро- и биотехнологии; обработка пищевых продуктов.</w:t>
      </w:r>
    </w:p>
    <w:p w14:paraId="1231A769" w14:textId="77777777" w:rsidR="00E51644" w:rsidRPr="00432BB2" w:rsidRDefault="00057968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Учебная программа предмета «Технология» конкретизирует содержание, предметные,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и личностные результаты, которые должны обеспечить требование федерального государственного образовательного стандарта.</w:t>
      </w:r>
    </w:p>
    <w:p w14:paraId="15F02FE7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Стратегическими документами, определяющими направление модернизации содержания и методов обучения, являются:</w:t>
      </w:r>
    </w:p>
    <w:p w14:paraId="3A6A72B5" w14:textId="77777777" w:rsidR="00E51644" w:rsidRPr="00432BB2" w:rsidRDefault="00057968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ФГОС ООО 2021 года (Приказ Минпросвещения России от31.05.2021 № 287 «Об утверждении Федерального государственного образовательного стандарта основного общего образования»; зарегистрирован в Минюсте России 05.07.2021,№ 64101)</w:t>
      </w:r>
    </w:p>
    <w:p w14:paraId="20BF4FAA" w14:textId="77777777" w:rsidR="00E51644" w:rsidRPr="00432BB2" w:rsidRDefault="00057968">
      <w:pPr>
        <w:autoSpaceDE w:val="0"/>
        <w:autoSpaceDN w:val="0"/>
        <w:spacing w:before="240" w:after="0" w:line="271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Концепция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программы(утверждена коллегией Министерства просвещения Российской Федерации 24 декабря 2018 г.).</w:t>
      </w:r>
    </w:p>
    <w:p w14:paraId="665FF24A" w14:textId="731F8ED7" w:rsidR="00E51644" w:rsidRPr="00DB409C" w:rsidRDefault="00057968" w:rsidP="00DB409C">
      <w:pPr>
        <w:pStyle w:val="ae"/>
        <w:numPr>
          <w:ilvl w:val="0"/>
          <w:numId w:val="11"/>
        </w:numPr>
        <w:autoSpaceDE w:val="0"/>
        <w:autoSpaceDN w:val="0"/>
        <w:spacing w:before="322" w:after="0" w:line="262" w:lineRule="auto"/>
        <w:ind w:right="720"/>
        <w:rPr>
          <w:lang w:val="ru-RU"/>
        </w:rPr>
      </w:pPr>
      <w:r w:rsidRPr="00DB409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 ЗАДАЧИ ИЗУЧЕНИЯ ПРЕДМЕТА «ТЕХНОЛОГИЯ» В ОСНОВНОМ ОБЩЕМ ОБРАЗОВАНИИ</w:t>
      </w:r>
    </w:p>
    <w:p w14:paraId="09DEF04E" w14:textId="77777777" w:rsidR="00E51644" w:rsidRPr="00432BB2" w:rsidRDefault="00057968">
      <w:pPr>
        <w:autoSpaceDE w:val="0"/>
        <w:autoSpaceDN w:val="0"/>
        <w:spacing w:before="166" w:after="0" w:line="271" w:lineRule="auto"/>
        <w:ind w:right="144"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Основной целью освоения предмета «Технология» является формирование технологической грамотности, глобальных компетенций, творческого мышления, необходимых для перехода к новым приоритетам научно-технологического развития Российской Федерации.</w:t>
      </w:r>
    </w:p>
    <w:p w14:paraId="7986FDA3" w14:textId="5C334EDA" w:rsidR="00E51644" w:rsidRPr="00432BB2" w:rsidRDefault="00057968" w:rsidP="00DB409C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Задачами курса технологии являются:</w:t>
      </w:r>
      <w:r w:rsidR="00DB409C">
        <w:rPr>
          <w:lang w:val="ru-RU"/>
        </w:rPr>
        <w:t xml:space="preserve"> 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овладение знаниями, умениями и опытом деятельности в предметной области «Технология»как необходимым компонентом общей культуры человека цифрового социума и актуальными для жизни в этом социуме технологиями;</w:t>
      </w:r>
    </w:p>
    <w:p w14:paraId="4ABD439C" w14:textId="77777777" w:rsidR="00E51644" w:rsidRPr="00432BB2" w:rsidRDefault="0005796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овладение трудовыми умениями и необходимыми технологическими знаниями по</w:t>
      </w:r>
    </w:p>
    <w:p w14:paraId="59D79901" w14:textId="77777777" w:rsidR="00E51644" w:rsidRPr="00432BB2" w:rsidRDefault="00E51644">
      <w:pPr>
        <w:rPr>
          <w:lang w:val="ru-RU"/>
        </w:rPr>
        <w:sectPr w:rsidR="00E51644" w:rsidRPr="00432BB2">
          <w:pgSz w:w="11900" w:h="16840"/>
          <w:pgMar w:top="298" w:right="650" w:bottom="296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3F159354" w14:textId="77777777" w:rsidR="00E51644" w:rsidRPr="00432BB2" w:rsidRDefault="00E51644">
      <w:pPr>
        <w:autoSpaceDE w:val="0"/>
        <w:autoSpaceDN w:val="0"/>
        <w:spacing w:after="90" w:line="220" w:lineRule="exact"/>
        <w:rPr>
          <w:lang w:val="ru-RU"/>
        </w:rPr>
      </w:pPr>
    </w:p>
    <w:p w14:paraId="39C1E0CC" w14:textId="77777777" w:rsidR="00E51644" w:rsidRPr="00432BB2" w:rsidRDefault="00057968">
      <w:pPr>
        <w:autoSpaceDE w:val="0"/>
        <w:autoSpaceDN w:val="0"/>
        <w:spacing w:after="0" w:line="271" w:lineRule="auto"/>
        <w:ind w:left="420" w:right="7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5DD9BF6F" w14:textId="77777777" w:rsidR="00E51644" w:rsidRPr="00432BB2" w:rsidRDefault="00057968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0591F08D" w14:textId="77777777" w:rsidR="00E51644" w:rsidRPr="00432BB2" w:rsidRDefault="00057968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у обучающихся навыка использования в трудовой деятельности цифровых инструментов и программных сервисов, а также когнитивных инструментов и технологий;</w:t>
      </w:r>
    </w:p>
    <w:p w14:paraId="4AC601ED" w14:textId="77777777" w:rsidR="00E51644" w:rsidRPr="00432BB2" w:rsidRDefault="00057968">
      <w:pPr>
        <w:autoSpaceDE w:val="0"/>
        <w:autoSpaceDN w:val="0"/>
        <w:spacing w:before="238" w:after="0" w:line="271" w:lineRule="auto"/>
        <w:ind w:left="420" w:right="57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2944BD7C" w14:textId="1D94B1EF" w:rsidR="00E51644" w:rsidRPr="00DB409C" w:rsidRDefault="00057968" w:rsidP="00DB409C">
      <w:pPr>
        <w:pStyle w:val="ae"/>
        <w:numPr>
          <w:ilvl w:val="0"/>
          <w:numId w:val="11"/>
        </w:numPr>
        <w:autoSpaceDE w:val="0"/>
        <w:autoSpaceDN w:val="0"/>
        <w:spacing w:before="324" w:after="0" w:line="262" w:lineRule="auto"/>
        <w:ind w:right="432"/>
        <w:rPr>
          <w:lang w:val="ru-RU"/>
        </w:rPr>
      </w:pPr>
      <w:r w:rsidRPr="00DB409C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«ТЕХНОЛОГИЯ» В ОСНОВНОМ ОБЩЕМ ОБРАЗОВАНИИ</w:t>
      </w:r>
    </w:p>
    <w:p w14:paraId="4D261676" w14:textId="77777777" w:rsidR="00E51644" w:rsidRPr="00432BB2" w:rsidRDefault="00057968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Технологическое образование школьников носит интегративный характер и строится на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неразрывной взаимосвязи с любым трудовым процессом и создаёт возможность применения научно-теоретических знаний в преобразовательной продуктивной деятельности; включении учащихся в реальные трудовые отношения в процессе созидательной деятельности; воспитании культуры личности во всех её проявлениях (культуры труда, эстетической, правовой, экологической, технологической и др.), самостоятельности, инициативности, предприимчивости; развитии компетенций, позволяющих учащимся осваивать новые виды труда и готовности принимать нестандартные решения.</w:t>
      </w:r>
    </w:p>
    <w:p w14:paraId="49389398" w14:textId="77777777" w:rsidR="00E51644" w:rsidRPr="00432BB2" w:rsidRDefault="00057968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Основной методический принцип современного курса «Технология»: освоение сущности и структуры технологии неразрывно связано с освоением процесса познания — построения и анализа разнообразных моделей. Практико-ориентированный характер обучения технологии предполагает, что не менее 75 % учебного времени отводится практическим и проектным работам.</w:t>
      </w:r>
    </w:p>
    <w:p w14:paraId="1A83092F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Современный курс технологии построен по модульному принципу.</w:t>
      </w:r>
    </w:p>
    <w:p w14:paraId="3004172F" w14:textId="77777777" w:rsidR="00E51644" w:rsidRPr="00432BB2" w:rsidRDefault="00057968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Модуль — это относительно самостоятельная часть структуры образовательной программы по предмету «Технология», имеющая содержательную завершённость по отношению к планируемым предметным результатам обучения за уровень обучения (основного общего образования).</w:t>
      </w:r>
    </w:p>
    <w:p w14:paraId="27FA2803" w14:textId="77777777" w:rsidR="00E51644" w:rsidRPr="00432BB2" w:rsidRDefault="00057968">
      <w:pPr>
        <w:autoSpaceDE w:val="0"/>
        <w:autoSpaceDN w:val="0"/>
        <w:spacing w:before="72" w:after="0"/>
        <w:ind w:right="144"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Модульная рабочая программа по предмету «Технология» — это система логически завершённых блоков (модулей) учебного материала, позволяющих достигнуть конкретных образовательных результатов за уровень образования (в соответствии с ФГОС ООО), и предусматривающая разные образовательные траектории её реализации.</w:t>
      </w:r>
    </w:p>
    <w:p w14:paraId="42DDCEEF" w14:textId="77777777" w:rsidR="00E51644" w:rsidRPr="00432BB2" w:rsidRDefault="00057968">
      <w:pPr>
        <w:autoSpaceDE w:val="0"/>
        <w:autoSpaceDN w:val="0"/>
        <w:spacing w:before="70" w:after="0"/>
        <w:ind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Модульная рабочая программа включает инвариантные (обязательные) модули и вариативные. Организации вправе самостоятельно определять последовательность модулей и количество часов для освоения обучающимися модулей учебного предмета «Технология» (с учётом возможностей материально-технической базы организации и специфики региона).</w:t>
      </w:r>
    </w:p>
    <w:p w14:paraId="52588A7A" w14:textId="77777777" w:rsidR="00E51644" w:rsidRPr="00432BB2" w:rsidRDefault="00057968">
      <w:pPr>
        <w:autoSpaceDE w:val="0"/>
        <w:autoSpaceDN w:val="0"/>
        <w:spacing w:before="70" w:after="0" w:line="271" w:lineRule="auto"/>
        <w:ind w:right="288"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или отдельные модули могут реализовываться на базе других организаций (например, дополнительного образования детей, Кванториуме, </w:t>
      </w:r>
      <w:r>
        <w:rPr>
          <w:rFonts w:ascii="Times New Roman" w:eastAsia="Times New Roman" w:hAnsi="Times New Roman"/>
          <w:color w:val="000000"/>
          <w:sz w:val="24"/>
        </w:rPr>
        <w:t>IT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-кубе и др.) на основе договора о сетевом взаимодействии.</w:t>
      </w:r>
    </w:p>
    <w:p w14:paraId="29C55A7D" w14:textId="77777777" w:rsidR="00E51644" w:rsidRPr="00432BB2" w:rsidRDefault="00057968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ИНВАРИАНТНЫЕ МОДУЛИ</w:t>
      </w:r>
    </w:p>
    <w:p w14:paraId="41A82722" w14:textId="7F14FEDD" w:rsidR="00E51644" w:rsidRPr="00432BB2" w:rsidRDefault="00057968" w:rsidP="00DB409C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432BB2">
        <w:rPr>
          <w:lang w:val="ru-RU"/>
        </w:rPr>
        <w:lastRenderedPageBreak/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Модуль «Производство и технология» является общим по отношению к другим модулям, вводящим учащихся в мир техники, технологий и производства. Все </w:t>
      </w:r>
      <w:r w:rsidR="00DB409C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технологические понятия     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раскрываются в модуле в системном виде, чтобы потом осваивать их на практике в рамках других инвариантных и вариативных модулях.</w:t>
      </w:r>
    </w:p>
    <w:p w14:paraId="6AF20D14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Особенностью современной техносферы является распространение технологического подхода на когнитивную область.</w:t>
      </w:r>
    </w:p>
    <w:p w14:paraId="62ECAE47" w14:textId="77777777" w:rsidR="00E51644" w:rsidRPr="00432BB2" w:rsidRDefault="00057968">
      <w:pPr>
        <w:autoSpaceDE w:val="0"/>
        <w:autoSpaceDN w:val="0"/>
        <w:spacing w:before="70" w:after="0"/>
        <w:ind w:right="432"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14:paraId="2CE6B6EE" w14:textId="77777777" w:rsidR="00E51644" w:rsidRPr="00432BB2" w:rsidRDefault="00057968">
      <w:pPr>
        <w:autoSpaceDE w:val="0"/>
        <w:autoSpaceDN w:val="0"/>
        <w:spacing w:before="70" w:after="0" w:line="283" w:lineRule="auto"/>
        <w:ind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содержания данного модуля осуществляется на протяжении всего курса «Технология» с 5 по 9 класс. Содержание модуля построено на основе последовательного погружения учащихся в технологические процессы, технические системы, мир материалов, производство и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профессиональную деятельность. Фундаментальным процессом для этого служит смена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технологических укладов и 4-я промышленная революция, благодаря которым растёт роль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информации как производственного ресурса и цифровых технологий.</w:t>
      </w:r>
    </w:p>
    <w:p w14:paraId="2A0499D6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86" w:lineRule="auto"/>
        <w:ind w:right="14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«Технологии обработки материалов и пищевых продуктов»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 людей,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0D8E6443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/>
        <w:ind w:right="14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«Компьютерная графика. Черчение»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При освоении данного модуля обучающиеся осваивают инструментарий создания и исследования моделей, знания и умения, необходимые для создания и освоения новых технологий, а также продуктов техносферы.</w:t>
      </w:r>
    </w:p>
    <w:p w14:paraId="2AA916B0" w14:textId="77777777" w:rsidR="00E51644" w:rsidRPr="00432BB2" w:rsidRDefault="00057968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результаты за год обучения.</w:t>
      </w:r>
    </w:p>
    <w:p w14:paraId="33D82831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2" w:after="0" w:line="281" w:lineRule="auto"/>
        <w:ind w:right="14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«Робототехника»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 этом модуле наиболее полно реализуется идея конвергенции материальных и информационных технологий. Важность данного модуля заключается в том, что при освоении формируются навыки работы с когнитивной составляющей (действиями, операциями и этапами), которые в современном цифровом социуме приобретают универсальный характер.</w:t>
      </w:r>
    </w:p>
    <w:p w14:paraId="068AB9DE" w14:textId="77777777" w:rsidR="00E51644" w:rsidRPr="00432BB2" w:rsidRDefault="00057968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Модуль «Робототехника» позволяет в процессе конструирования, создания действующих моделей роботов, интегрировать разные знания о технике и технических устройствах, электронике, программировании, фундаментальные знания, полученные в рамках школьных предметов, а также дополнительного образования и самообразования.</w:t>
      </w:r>
    </w:p>
    <w:p w14:paraId="130939DD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«3</w:t>
      </w:r>
      <w:r>
        <w:rPr>
          <w:rFonts w:ascii="Times New Roman" w:eastAsia="Times New Roman" w:hAnsi="Times New Roman"/>
          <w:b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-моделирование, прототипирование, макетирование»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Этот модуль в значительной мере нацелен на реализацию основного методического принципа 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модульного курса «Технология»: освоение технологии идёт неразрывно с освоением методологии познания, основой которого является моделирование.</w:t>
      </w:r>
    </w:p>
    <w:p w14:paraId="63FDA04F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</w:t>
      </w:r>
    </w:p>
    <w:p w14:paraId="42A95FB2" w14:textId="77777777" w:rsidR="00E51644" w:rsidRPr="00432BB2" w:rsidRDefault="00E51644">
      <w:pPr>
        <w:autoSpaceDE w:val="0"/>
        <w:autoSpaceDN w:val="0"/>
        <w:spacing w:after="66" w:line="220" w:lineRule="exact"/>
        <w:rPr>
          <w:lang w:val="ru-RU"/>
        </w:rPr>
      </w:pPr>
    </w:p>
    <w:p w14:paraId="76C90A8D" w14:textId="77777777" w:rsidR="00E51644" w:rsidRPr="00432BB2" w:rsidRDefault="00057968">
      <w:pPr>
        <w:autoSpaceDE w:val="0"/>
        <w:autoSpaceDN w:val="0"/>
        <w:spacing w:after="0" w:line="271" w:lineRule="auto"/>
        <w:ind w:right="432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19A6A9BA" w14:textId="77777777" w:rsidR="00E51644" w:rsidRPr="00432BB2" w:rsidRDefault="00057968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ВАРИАТИВНЫЕ МОДУЛИ</w:t>
      </w:r>
    </w:p>
    <w:p w14:paraId="29CA0AA1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«Автоматизированные системы»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Этот модуль знакомит учащихся с реализацией сверхзадачи технологии — автоматизации максимально широкой области человеческой деятельности. Акцент здесь сделан на автоматизацию управленческой деятельности. В этом контексте целесообразно рассмотреть управление не только техническими, но и социально-экономическими системами. Эффективным средством решения этой задачи является использование в учебном процессе имитационных моделей экономической деятельности.</w:t>
      </w:r>
    </w:p>
    <w:p w14:paraId="470695F5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2" w:after="0"/>
        <w:ind w:right="288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«Животноводство» и «Растениеводство»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Данные модули знакомят учащихся с классическими и современными технологиями в сельскохозяйственной сфере. Особенность технологий заключается в том, что они направлены на природные объекты, имеющие свои биологические циклы.</w:t>
      </w:r>
    </w:p>
    <w:p w14:paraId="62B3BF2E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 этом случае существенное значение имеет творческий фактор — умение в нужный момент скорректировать технологический процесс.</w:t>
      </w:r>
    </w:p>
    <w:p w14:paraId="24BA261F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технологии осуществляется реализация широкого спектра </w:t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межпредметных связей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алгеброй и геометрией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изучении модулей: «Компьютерная графика. Черчение», «3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-моделирование, прототипирование, макетирование», «Технологии обработки материалов и пищевых продуктов»;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химией 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освоении разделов, связанных с технологиями химической промышленности в инвариантных модулях;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биологией 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изучении современных биотехнологий в инвариантных модулях и при освоении вариативных модулей «Растениеводство» и «Животноводство»;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физикой 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при освоении моделей машин и механизмов, модуля «Робототехника», «3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моделирование, прототипирование, макетирование», «Технологии обработки материалов и пищевых продуктов»;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информатикой и ИКТ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историей и искусством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при освоении элементов промышленной эстетики, народных ремёсел в инвариантном модуле «Производство и технология»;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с </w:t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обществознанием 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при освоении темы «Технология и мир. Современная техносфера» в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инвариантном модуле «Производство и технология».</w:t>
      </w:r>
    </w:p>
    <w:p w14:paraId="14554802" w14:textId="2363D5F9" w:rsidR="00E51644" w:rsidRPr="0026340A" w:rsidRDefault="00057968" w:rsidP="0026340A">
      <w:pPr>
        <w:pStyle w:val="ae"/>
        <w:numPr>
          <w:ilvl w:val="0"/>
          <w:numId w:val="11"/>
        </w:numPr>
        <w:autoSpaceDE w:val="0"/>
        <w:autoSpaceDN w:val="0"/>
        <w:spacing w:before="262" w:after="0" w:line="230" w:lineRule="auto"/>
        <w:rPr>
          <w:lang w:val="ru-RU"/>
        </w:rPr>
      </w:pPr>
      <w:r w:rsidRPr="0026340A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«ТЕХНОЛОГИЯ» В УЧЕБНОМ ПЛАНЕ</w:t>
      </w:r>
    </w:p>
    <w:p w14:paraId="26B838EA" w14:textId="77777777" w:rsidR="00E51644" w:rsidRPr="00432BB2" w:rsidRDefault="00057968">
      <w:pPr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«Технология» является обязательным компонентом системы основного общего образования обучающихся.</w:t>
      </w:r>
    </w:p>
    <w:p w14:paraId="1DC8709C" w14:textId="57AADE22" w:rsidR="00DB409C" w:rsidRDefault="00057968" w:rsidP="00DB409C">
      <w:pPr>
        <w:autoSpaceDE w:val="0"/>
        <w:autoSpaceDN w:val="0"/>
        <w:spacing w:before="70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Освоение предметной области «Технология» в основной школе осуществляется в 5—9 классах из расчёта: в 5—7 классах — 2 часа в неделю, в 8—9 классах — 1 час.</w:t>
      </w:r>
    </w:p>
    <w:p w14:paraId="5AE1CF3D" w14:textId="77777777" w:rsidR="008E301D" w:rsidRDefault="008E301D" w:rsidP="008E301D">
      <w:pPr>
        <w:rPr>
          <w:lang w:val="ru-RU"/>
        </w:rPr>
      </w:pPr>
    </w:p>
    <w:p w14:paraId="23D84A54" w14:textId="77777777" w:rsidR="008E301D" w:rsidRDefault="008E301D" w:rsidP="008E301D">
      <w:pPr>
        <w:pStyle w:val="ae"/>
        <w:numPr>
          <w:ilvl w:val="0"/>
          <w:numId w:val="11"/>
        </w:numPr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УЧЕТ ПРОГРАММЫ  ВОСПИТАНИЯ В ОБРАЗОВАТЕЛЬНОМ ПРОЦЕССЕ</w:t>
      </w:r>
    </w:p>
    <w:p w14:paraId="284E4DD6" w14:textId="77777777" w:rsidR="008E301D" w:rsidRPr="008E301D" w:rsidRDefault="008E301D" w:rsidP="008E301D">
      <w:pPr>
        <w:autoSpaceDE w:val="0"/>
        <w:autoSpaceDN w:val="0"/>
        <w:spacing w:before="70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8E301D">
        <w:rPr>
          <w:rFonts w:ascii="Times New Roman" w:eastAsia="Times New Roman" w:hAnsi="Times New Roman"/>
          <w:color w:val="000000"/>
          <w:sz w:val="24"/>
          <w:lang w:val="ru-RU"/>
        </w:rPr>
        <w:t xml:space="preserve">   Воспитательный потенциал предметной области «Технология» реализуется через ориентацию на целевые приоритеты, связанные с возрастными особенностями учащихся и обеспечивает:</w:t>
      </w:r>
    </w:p>
    <w:p w14:paraId="5F0CCDA7" w14:textId="77777777" w:rsidR="008E301D" w:rsidRPr="008E301D" w:rsidRDefault="008E301D" w:rsidP="008E301D">
      <w:pPr>
        <w:autoSpaceDE w:val="0"/>
        <w:autoSpaceDN w:val="0"/>
        <w:spacing w:before="70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8E301D">
        <w:rPr>
          <w:rFonts w:ascii="Times New Roman" w:eastAsia="Times New Roman" w:hAnsi="Times New Roman"/>
          <w:color w:val="000000"/>
          <w:sz w:val="24"/>
          <w:lang w:val="ru-RU"/>
        </w:rPr>
        <w:t xml:space="preserve">- установление субъект-субъектных отношений в процессе учебной деятельности через делегирование учащимся ряда учительских, в том числе и дидактических полномочий; </w:t>
      </w:r>
    </w:p>
    <w:p w14:paraId="093A6161" w14:textId="77777777" w:rsidR="008E301D" w:rsidRPr="008E301D" w:rsidRDefault="008E301D" w:rsidP="008E301D">
      <w:pPr>
        <w:autoSpaceDE w:val="0"/>
        <w:autoSpaceDN w:val="0"/>
        <w:spacing w:before="70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8E301D">
        <w:rPr>
          <w:rFonts w:ascii="Times New Roman" w:eastAsia="Times New Roman" w:hAnsi="Times New Roman"/>
          <w:color w:val="000000"/>
          <w:sz w:val="24"/>
          <w:lang w:val="ru-RU"/>
        </w:rPr>
        <w:t xml:space="preserve">- проявление доверия к детям со стороны педагогов, уважения к их достоинству и чести; </w:t>
      </w:r>
    </w:p>
    <w:p w14:paraId="1FB67452" w14:textId="77777777" w:rsidR="008E301D" w:rsidRPr="008E301D" w:rsidRDefault="008E301D" w:rsidP="008E301D">
      <w:pPr>
        <w:autoSpaceDE w:val="0"/>
        <w:autoSpaceDN w:val="0"/>
        <w:spacing w:before="70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8E301D">
        <w:rPr>
          <w:rFonts w:ascii="Times New Roman" w:eastAsia="Times New Roman" w:hAnsi="Times New Roman"/>
          <w:color w:val="000000"/>
          <w:sz w:val="24"/>
          <w:lang w:val="ru-RU"/>
        </w:rPr>
        <w:t>- акцентирование внимания на индивидуальных особенностях, интересах, увлечениях, привычках того или иного ученика;</w:t>
      </w:r>
    </w:p>
    <w:p w14:paraId="35993C77" w14:textId="77777777" w:rsidR="008E301D" w:rsidRPr="008E301D" w:rsidRDefault="008E301D" w:rsidP="008E301D">
      <w:pPr>
        <w:autoSpaceDE w:val="0"/>
        <w:autoSpaceDN w:val="0"/>
        <w:spacing w:before="70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8E301D">
        <w:rPr>
          <w:rFonts w:ascii="Times New Roman" w:eastAsia="Times New Roman" w:hAnsi="Times New Roman"/>
          <w:color w:val="000000"/>
          <w:sz w:val="24"/>
          <w:lang w:val="ru-RU"/>
        </w:rPr>
        <w:t>- использование воспитательных возможностей предметного содержания через подбор соответствующих текстов для чтения, задач для решения, тем для рисования, проблемных ситуаций для обсуждения, а также ситуаций, предполагающих ценностный выбор;</w:t>
      </w:r>
    </w:p>
    <w:p w14:paraId="52B1706E" w14:textId="77777777" w:rsidR="008E301D" w:rsidRPr="008E301D" w:rsidRDefault="008E301D" w:rsidP="008E301D">
      <w:pPr>
        <w:autoSpaceDE w:val="0"/>
        <w:autoSpaceDN w:val="0"/>
        <w:spacing w:before="70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8E301D">
        <w:rPr>
          <w:rFonts w:ascii="Times New Roman" w:eastAsia="Times New Roman" w:hAnsi="Times New Roman"/>
          <w:color w:val="000000"/>
          <w:sz w:val="24"/>
          <w:lang w:val="ru-RU"/>
        </w:rPr>
        <w:t>- 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</w:t>
      </w:r>
    </w:p>
    <w:p w14:paraId="7C330592" w14:textId="77777777" w:rsidR="008E301D" w:rsidRPr="008E301D" w:rsidRDefault="008E301D" w:rsidP="008E301D">
      <w:pPr>
        <w:autoSpaceDE w:val="0"/>
        <w:autoSpaceDN w:val="0"/>
        <w:spacing w:before="70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8E301D">
        <w:rPr>
          <w:rFonts w:ascii="Times New Roman" w:eastAsia="Times New Roman" w:hAnsi="Times New Roman"/>
          <w:color w:val="000000"/>
          <w:sz w:val="24"/>
          <w:lang w:val="ru-RU"/>
        </w:rPr>
        <w:t>-  установление сотруднических отношений в продуктивной деятельности, использование мотивирующего потенциала юмора, обращение к личному опыту учащихся, проявление внимания к ученикам, требующим такого внимания;</w:t>
      </w:r>
    </w:p>
    <w:p w14:paraId="4C69BB88" w14:textId="77777777" w:rsidR="008E301D" w:rsidRPr="008E301D" w:rsidRDefault="008E301D" w:rsidP="008E301D">
      <w:pPr>
        <w:autoSpaceDE w:val="0"/>
        <w:autoSpaceDN w:val="0"/>
        <w:spacing w:before="70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8E301D">
        <w:rPr>
          <w:rFonts w:ascii="Times New Roman" w:eastAsia="Times New Roman" w:hAnsi="Times New Roman"/>
          <w:color w:val="000000"/>
          <w:sz w:val="24"/>
          <w:lang w:val="ru-RU"/>
        </w:rPr>
        <w:t>-  побуждение обучающихся соблюдать правила внутреннего распорядка, нормы поведения, правила общения со сверстниками и педагогами, соответствующие укладу Школы, установление и поддержку доброжелательной атмосферы 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14:paraId="0F4C363D" w14:textId="77777777" w:rsidR="008E301D" w:rsidRPr="008E301D" w:rsidRDefault="008E301D" w:rsidP="008E301D">
      <w:pPr>
        <w:autoSpaceDE w:val="0"/>
        <w:autoSpaceDN w:val="0"/>
        <w:spacing w:before="70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8E301D">
        <w:rPr>
          <w:rFonts w:ascii="Times New Roman" w:eastAsia="Times New Roman" w:hAnsi="Times New Roman"/>
          <w:color w:val="000000"/>
          <w:sz w:val="24"/>
          <w:lang w:val="ru-RU"/>
        </w:rPr>
        <w:t>- 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79C96FDD" w14:textId="77777777" w:rsidR="008E301D" w:rsidRPr="008E301D" w:rsidRDefault="008E301D" w:rsidP="008E301D">
      <w:pPr>
        <w:autoSpaceDE w:val="0"/>
        <w:autoSpaceDN w:val="0"/>
        <w:spacing w:before="70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8E301D">
        <w:rPr>
          <w:rFonts w:ascii="Times New Roman" w:eastAsia="Times New Roman" w:hAnsi="Times New Roman"/>
          <w:color w:val="000000"/>
          <w:sz w:val="24"/>
          <w:lang w:val="ru-RU"/>
        </w:rPr>
        <w:t>- инициирование и поддержку исследовательской деятельности обучающихся в форме индивидуальных и групповых проектов;</w:t>
      </w:r>
    </w:p>
    <w:p w14:paraId="3FD569D8" w14:textId="77777777" w:rsidR="008E301D" w:rsidRPr="008E301D" w:rsidRDefault="008E301D" w:rsidP="008E301D">
      <w:pPr>
        <w:autoSpaceDE w:val="0"/>
        <w:autoSpaceDN w:val="0"/>
        <w:spacing w:before="70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8E301D">
        <w:rPr>
          <w:rFonts w:ascii="Times New Roman" w:eastAsia="Times New Roman" w:hAnsi="Times New Roman"/>
          <w:color w:val="000000"/>
          <w:sz w:val="24"/>
          <w:lang w:val="ru-RU"/>
        </w:rPr>
        <w:t xml:space="preserve">- </w:t>
      </w:r>
      <w:r w:rsidRPr="008E301D">
        <w:rPr>
          <w:rFonts w:ascii="Times New Roman" w:eastAsia="Times New Roman" w:hAnsi="Times New Roman"/>
          <w:color w:val="000000"/>
          <w:sz w:val="24"/>
          <w:lang w:val="ru-RU"/>
        </w:rPr>
        <w:tab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5118B317" w14:textId="3F1259B8" w:rsidR="008E301D" w:rsidRDefault="008E301D" w:rsidP="00DB409C">
      <w:pPr>
        <w:autoSpaceDE w:val="0"/>
        <w:autoSpaceDN w:val="0"/>
        <w:spacing w:before="70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  <w:r w:rsidRPr="008E301D">
        <w:rPr>
          <w:rFonts w:ascii="Times New Roman" w:eastAsia="Times New Roman" w:hAnsi="Times New Roman"/>
          <w:color w:val="000000"/>
          <w:sz w:val="24"/>
          <w:lang w:val="ru-RU"/>
        </w:rPr>
        <w:t xml:space="preserve">- применение     интерактивных      форм      учебной     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развитию критического мышления.</w:t>
      </w:r>
    </w:p>
    <w:p w14:paraId="470AB6D2" w14:textId="77777777" w:rsidR="008E301D" w:rsidRDefault="008E301D" w:rsidP="00DB409C">
      <w:pPr>
        <w:autoSpaceDE w:val="0"/>
        <w:autoSpaceDN w:val="0"/>
        <w:spacing w:before="70" w:after="0" w:line="262" w:lineRule="auto"/>
        <w:ind w:right="288"/>
        <w:rPr>
          <w:rFonts w:ascii="Times New Roman" w:eastAsia="Times New Roman" w:hAnsi="Times New Roman"/>
          <w:color w:val="000000"/>
          <w:sz w:val="24"/>
          <w:lang w:val="ru-RU"/>
        </w:rPr>
      </w:pPr>
    </w:p>
    <w:p w14:paraId="1B75A871" w14:textId="7A199C6D" w:rsidR="00E51644" w:rsidRPr="008E301D" w:rsidRDefault="00057968" w:rsidP="008E301D">
      <w:pPr>
        <w:pStyle w:val="ae"/>
        <w:numPr>
          <w:ilvl w:val="0"/>
          <w:numId w:val="10"/>
        </w:num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8E301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14:paraId="0BCBA549" w14:textId="77777777" w:rsidR="00E51644" w:rsidRPr="00432BB2" w:rsidRDefault="00057968">
      <w:pPr>
        <w:autoSpaceDE w:val="0"/>
        <w:autoSpaceDN w:val="0"/>
        <w:spacing w:before="346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ИНВАРИАНТНЫЕ МОДУЛИ</w:t>
      </w:r>
    </w:p>
    <w:p w14:paraId="1E9097C5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 КЛАСС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Технологии вокруг нас. Преобразующая деятельность человека и технологии. Мир идей и создание новых вещей и продуктов. Производственная деятельность.</w:t>
      </w:r>
    </w:p>
    <w:p w14:paraId="2C1B2786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Материальный мир и потребности человека. Свойства вещей.</w:t>
      </w:r>
    </w:p>
    <w:p w14:paraId="28C81A0C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Материалы и сырьё. Естественные (природные) и искусственные материалы.</w:t>
      </w:r>
    </w:p>
    <w:p w14:paraId="1F9BF416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Материальные технологии. Технологический процесс.</w:t>
      </w:r>
    </w:p>
    <w:p w14:paraId="3CEFAC89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Производство и техника. Роль техники в производственной деятельности человека.</w:t>
      </w:r>
    </w:p>
    <w:p w14:paraId="51BAD49E" w14:textId="77777777" w:rsidR="00E51644" w:rsidRPr="00432BB2" w:rsidRDefault="00057968">
      <w:pPr>
        <w:autoSpaceDE w:val="0"/>
        <w:autoSpaceDN w:val="0"/>
        <w:spacing w:before="72" w:after="0" w:line="230" w:lineRule="auto"/>
        <w:jc w:val="center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Когнитивные технологии: мозговой штурм, метод интеллект-карт, метод фокальных объектов и др.</w:t>
      </w:r>
    </w:p>
    <w:p w14:paraId="077B8ADE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298B157B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Какие бывают профессии.</w:t>
      </w:r>
    </w:p>
    <w:p w14:paraId="57C3D750" w14:textId="77777777" w:rsidR="00E51644" w:rsidRPr="00432BB2" w:rsidRDefault="00057968">
      <w:pPr>
        <w:autoSpaceDE w:val="0"/>
        <w:autoSpaceDN w:val="0"/>
        <w:spacing w:before="190" w:after="0" w:line="271" w:lineRule="auto"/>
        <w:ind w:left="180" w:right="360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 КЛАСС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Производственно-технологические задачи и способы их решения.</w:t>
      </w:r>
    </w:p>
    <w:p w14:paraId="0F280AC8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14:paraId="0E3251A8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изделий. Конструкторская документация.</w:t>
      </w:r>
    </w:p>
    <w:p w14:paraId="3B7359F2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1440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14:paraId="534E706E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14:paraId="033C0BCC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Информационные технологии. Перспективные технологии.</w:t>
      </w:r>
    </w:p>
    <w:p w14:paraId="319D50CD" w14:textId="77777777" w:rsidR="00E51644" w:rsidRPr="00432BB2" w:rsidRDefault="00057968">
      <w:pPr>
        <w:autoSpaceDE w:val="0"/>
        <w:autoSpaceDN w:val="0"/>
        <w:spacing w:before="190" w:after="0" w:line="271" w:lineRule="auto"/>
        <w:ind w:left="180" w:right="3888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Создание технологий как основная задача современной науки.</w:t>
      </w:r>
    </w:p>
    <w:p w14:paraId="7B318B15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История развития технологий.</w:t>
      </w:r>
    </w:p>
    <w:p w14:paraId="36B1A7D4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Эстетическая ценность результатов труда. Промышленная эстетика. Дизайн.</w:t>
      </w:r>
    </w:p>
    <w:p w14:paraId="58804BF4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Народные ремёсла. Народные ремёсла и промыслы России.</w:t>
      </w:r>
    </w:p>
    <w:p w14:paraId="4CEEA49C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Цифровизация производства. Цифровые технологии и способы обработки информации.</w:t>
      </w:r>
    </w:p>
    <w:p w14:paraId="7A2DCDC2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4A3B8A8E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71" w:lineRule="auto"/>
        <w:ind w:right="1008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Понятие высокотехнологичных отраслей. «Высокие технологии» двойного назначения.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693F45D2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Современная техносфера. Проблема взаимодействия природы и техносферы.</w:t>
      </w:r>
    </w:p>
    <w:p w14:paraId="3B667A22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Современный транспорт и перспективы его развития.</w:t>
      </w:r>
    </w:p>
    <w:p w14:paraId="656832F5" w14:textId="77777777" w:rsidR="00E51644" w:rsidRPr="00432BB2" w:rsidRDefault="00057968">
      <w:pPr>
        <w:autoSpaceDE w:val="0"/>
        <w:autoSpaceDN w:val="0"/>
        <w:spacing w:before="190" w:after="0" w:line="271" w:lineRule="auto"/>
        <w:ind w:left="180" w:right="432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Общие принципы управления. Самоуправляемые системы.</w:t>
      </w:r>
    </w:p>
    <w:p w14:paraId="6977BB37" w14:textId="77777777" w:rsidR="00E51644" w:rsidRPr="00432BB2" w:rsidRDefault="00057968">
      <w:pPr>
        <w:autoSpaceDE w:val="0"/>
        <w:autoSpaceDN w:val="0"/>
        <w:spacing w:before="70" w:after="0" w:line="262" w:lineRule="auto"/>
        <w:ind w:left="180" w:right="3168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Устойчивость систем управления. Устойчивость технических систем. Производство и его виды.</w:t>
      </w:r>
    </w:p>
    <w:p w14:paraId="504FC9EC" w14:textId="77777777" w:rsidR="00E51644" w:rsidRPr="00432BB2" w:rsidRDefault="00E51644">
      <w:pPr>
        <w:autoSpaceDE w:val="0"/>
        <w:autoSpaceDN w:val="0"/>
        <w:spacing w:after="78" w:line="220" w:lineRule="exact"/>
        <w:rPr>
          <w:lang w:val="ru-RU"/>
        </w:rPr>
      </w:pPr>
    </w:p>
    <w:p w14:paraId="200232D6" w14:textId="77777777" w:rsidR="00E51644" w:rsidRPr="00432BB2" w:rsidRDefault="00057968">
      <w:pPr>
        <w:autoSpaceDE w:val="0"/>
        <w:autoSpaceDN w:val="0"/>
        <w:spacing w:after="0" w:line="262" w:lineRule="auto"/>
        <w:ind w:left="180" w:right="3312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14:paraId="0F64F5E4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Сферы применения современных технологий.</w:t>
      </w:r>
    </w:p>
    <w:p w14:paraId="2F39DD82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Рынок труда. Функции рынка труда. Трудовые ресурсы.</w:t>
      </w:r>
    </w:p>
    <w:p w14:paraId="59F3881C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Мир профессий. Профессия, квалификация и компетенции.</w:t>
      </w:r>
    </w:p>
    <w:p w14:paraId="6EB989BD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Выбор профессии в зависимости от интересов и способностей человека.</w:t>
      </w:r>
    </w:p>
    <w:p w14:paraId="5EE60341" w14:textId="77777777" w:rsidR="00E51644" w:rsidRPr="00432BB2" w:rsidRDefault="00057968">
      <w:pPr>
        <w:autoSpaceDE w:val="0"/>
        <w:autoSpaceDN w:val="0"/>
        <w:spacing w:before="190" w:after="0" w:line="271" w:lineRule="auto"/>
        <w:ind w:left="180" w:right="6048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технологии»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9 КЛАСС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Предпринимательство.</w:t>
      </w:r>
    </w:p>
    <w:p w14:paraId="3917CE86" w14:textId="77777777" w:rsidR="00E51644" w:rsidRPr="00432BB2" w:rsidRDefault="00057968">
      <w:pPr>
        <w:autoSpaceDE w:val="0"/>
        <w:autoSpaceDN w:val="0"/>
        <w:spacing w:before="72" w:after="0" w:line="230" w:lineRule="auto"/>
        <w:jc w:val="center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Сущность культуры предпринимательства. Корпоративная культура. Предпринимательская этика.</w:t>
      </w:r>
    </w:p>
    <w:p w14:paraId="615AB276" w14:textId="77777777" w:rsidR="00E51644" w:rsidRPr="00432BB2" w:rsidRDefault="00057968">
      <w:pPr>
        <w:autoSpaceDE w:val="0"/>
        <w:autoSpaceDN w:val="0"/>
        <w:spacing w:before="72" w:after="0" w:line="271" w:lineRule="auto"/>
        <w:ind w:right="288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</w:t>
      </w:r>
    </w:p>
    <w:p w14:paraId="6F7D3327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Формирование цены товара.</w:t>
      </w:r>
    </w:p>
    <w:p w14:paraId="31205AA7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</w:t>
      </w:r>
    </w:p>
    <w:p w14:paraId="41427955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Защита предпринимательской тайны и обеспечение безопасности фирмы.</w:t>
      </w:r>
    </w:p>
    <w:p w14:paraId="2E35825A" w14:textId="77777777" w:rsidR="00E51644" w:rsidRPr="00432BB2" w:rsidRDefault="00057968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14:paraId="55D693AE" w14:textId="77777777" w:rsidR="00E51644" w:rsidRPr="00432BB2" w:rsidRDefault="00057968">
      <w:pPr>
        <w:autoSpaceDE w:val="0"/>
        <w:autoSpaceDN w:val="0"/>
        <w:spacing w:before="70" w:after="0" w:line="271" w:lineRule="auto"/>
        <w:ind w:right="720"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предпринимательство. Инновации и их виды. Новые рынки для продуктов.</w:t>
      </w:r>
    </w:p>
    <w:p w14:paraId="23EC6403" w14:textId="77777777" w:rsidR="00E51644" w:rsidRPr="00432BB2" w:rsidRDefault="00057968">
      <w:pPr>
        <w:autoSpaceDE w:val="0"/>
        <w:autoSpaceDN w:val="0"/>
        <w:spacing w:before="190" w:after="0"/>
        <w:ind w:left="180" w:right="72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«Технологии обработки материалов и пищевых продуктов»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 КЛАСС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Технологии обработки конструкционных материалов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Проектирование, моделирование, конструирование — основные составляющие технологии.</w:t>
      </w:r>
    </w:p>
    <w:p w14:paraId="3EC58CD9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Основные элементы структуры технологии: действия, операции, этапы. Технологическая карта.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Бумага и её свойства. Производство бумаги, история и современные технологии.</w:t>
      </w:r>
    </w:p>
    <w:p w14:paraId="3BB93ECB" w14:textId="77777777" w:rsidR="00E51644" w:rsidRPr="00432BB2" w:rsidRDefault="00057968">
      <w:pPr>
        <w:autoSpaceDE w:val="0"/>
        <w:autoSpaceDN w:val="0"/>
        <w:spacing w:before="70" w:after="0" w:line="271" w:lineRule="auto"/>
        <w:ind w:right="432"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4CAAC30B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Ручной и электрифицированный инструмент для обработки древесины.</w:t>
      </w:r>
    </w:p>
    <w:p w14:paraId="4E0959E8" w14:textId="77777777" w:rsidR="00E51644" w:rsidRPr="00432BB2" w:rsidRDefault="00057968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Операции (основные): разметка, пиление, сверление, зачистка, декорирование древесины. Народные промыслы по обработке древесины.</w:t>
      </w:r>
    </w:p>
    <w:p w14:paraId="57CAFC1C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связанные с производством и обработкой древесины.</w:t>
      </w:r>
    </w:p>
    <w:p w14:paraId="2136AE6B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Индивидуальный творческий (учебный) проект 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>Изделие из древесины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»</w:t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>.</w:t>
      </w:r>
    </w:p>
    <w:p w14:paraId="49CDF618" w14:textId="77777777" w:rsidR="00E51644" w:rsidRPr="00432BB2" w:rsidRDefault="00057968">
      <w:pPr>
        <w:autoSpaceDE w:val="0"/>
        <w:autoSpaceDN w:val="0"/>
        <w:spacing w:before="70" w:after="0" w:line="262" w:lineRule="auto"/>
        <w:ind w:left="180" w:right="3600"/>
        <w:rPr>
          <w:lang w:val="ru-RU"/>
        </w:rPr>
      </w:pP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Технологии обработки пищевых продуктов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Общие сведения о питании и технологиях приготовления пищи.</w:t>
      </w:r>
    </w:p>
    <w:p w14:paraId="7D66CB89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Рациональное, здоровое питание, режим питания, пищевая пирамида.</w:t>
      </w:r>
    </w:p>
    <w:p w14:paraId="6B9B3849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3CCB298D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Технология приготовления блюд из яиц, круп, овощей.</w:t>
      </w:r>
    </w:p>
    <w:p w14:paraId="5905E8C1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Определение качества продуктов, правила хранения продуктов.</w:t>
      </w:r>
    </w:p>
    <w:p w14:paraId="52BF087B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36284291" w14:textId="77777777" w:rsidR="00E51644" w:rsidRPr="00432BB2" w:rsidRDefault="00057968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Правила этикета за столом. Условия хранения продуктов питания.</w:t>
      </w:r>
    </w:p>
    <w:p w14:paraId="418E74F7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Утилизация бытовых и пищевых отходов.</w:t>
      </w:r>
    </w:p>
    <w:p w14:paraId="1129FBBA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связанные с производством и обработкой пищевых продуктов.</w:t>
      </w:r>
    </w:p>
    <w:p w14:paraId="12AAD9CD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>Групповой проект по теме «Питание и здоровье человека».</w:t>
      </w:r>
    </w:p>
    <w:p w14:paraId="3F724F09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432BB2">
        <w:rPr>
          <w:lang w:val="ru-RU"/>
        </w:rPr>
        <w:lastRenderedPageBreak/>
        <w:tab/>
      </w: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Технологии обработки текстильных материалов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1F4EE3A3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Современные технологии производства тканей с разными свойствами.</w:t>
      </w:r>
    </w:p>
    <w:p w14:paraId="307FB61D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2E7A3E78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Основы технологии изготовления изделий из текстильных материалов.</w:t>
      </w:r>
    </w:p>
    <w:p w14:paraId="22BB4375" w14:textId="77777777" w:rsidR="00E51644" w:rsidRPr="00432BB2" w:rsidRDefault="00057968">
      <w:pPr>
        <w:autoSpaceDE w:val="0"/>
        <w:autoSpaceDN w:val="0"/>
        <w:spacing w:before="72" w:after="0" w:line="262" w:lineRule="auto"/>
        <w:ind w:left="180" w:right="864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Последовательность изготовления швейного изделия. Контроль качества готового изделия. Устройство швейной машины: виды приводов швейной машины, регуляторы.</w:t>
      </w:r>
    </w:p>
    <w:p w14:paraId="0517AC62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Виды стежков, швов. Виды ручных и машинных швов (стачные, краевые).</w:t>
      </w:r>
    </w:p>
    <w:p w14:paraId="783CED03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связанные со швейным производством.</w:t>
      </w:r>
    </w:p>
    <w:p w14:paraId="545D7BE2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>Индивидуальный творческий (учебный) проект «Изделие из текстильных материалов».</w:t>
      </w:r>
    </w:p>
    <w:p w14:paraId="2166673E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70937CB4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Выполнение технологических операций по пошиву проектного изделия, отделке изделия.</w:t>
      </w:r>
    </w:p>
    <w:p w14:paraId="6523F4A8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Оценка качества изготовления проектного швейного изделия.</w:t>
      </w:r>
    </w:p>
    <w:p w14:paraId="2F6DC732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«Технологии обработки материалов и пищевых продуктов»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 КЛАСС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Технологии обработки конструкционных материалов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</w:t>
      </w:r>
    </w:p>
    <w:p w14:paraId="217F8DCD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Общие сведения о видах металлов и сплавах. Тонколистовой металл и проволока.</w:t>
      </w:r>
    </w:p>
    <w:p w14:paraId="356FB3A3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Народные промыслы по обработке металла.</w:t>
      </w:r>
    </w:p>
    <w:p w14:paraId="194B369B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Способы обработки тонколистового металла.</w:t>
      </w:r>
    </w:p>
    <w:p w14:paraId="757A893C" w14:textId="77777777" w:rsidR="00E51644" w:rsidRPr="00432BB2" w:rsidRDefault="00057968">
      <w:pPr>
        <w:autoSpaceDE w:val="0"/>
        <w:autoSpaceDN w:val="0"/>
        <w:spacing w:before="70" w:after="0" w:line="262" w:lineRule="auto"/>
        <w:ind w:left="180" w:right="1008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Слесарный верстак. Инструменты для разметки, правки, резания тонколистового металла. Операции (основные): правка, разметка, резание, гибка тонколистового металла.</w:t>
      </w:r>
    </w:p>
    <w:p w14:paraId="78EFB416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связанные с производством и обработкой металлов.</w:t>
      </w:r>
    </w:p>
    <w:p w14:paraId="1EDCA269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>Индивидуальный творческий (учебный) проект «Изделие из металла».</w:t>
      </w:r>
    </w:p>
    <w:p w14:paraId="114F57B6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Выполнение проектного изделия по технологической карте.</w:t>
      </w:r>
    </w:p>
    <w:p w14:paraId="2BE4921F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Потребительские и технические требования к качеству готового изделия.</w:t>
      </w:r>
    </w:p>
    <w:p w14:paraId="7AC68128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Оценка качества проектного изделия из тонколистового металла.</w:t>
      </w:r>
    </w:p>
    <w:p w14:paraId="2C55C9D4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71" w:lineRule="auto"/>
        <w:ind w:right="720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Технологии обработки пищевых продуктов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722C8BE0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Определение качества молочных продуктов, правила хранения продуктов.</w:t>
      </w:r>
    </w:p>
    <w:p w14:paraId="31FF039E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1F3A85F7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связанные с пищевым производством.</w:t>
      </w:r>
    </w:p>
    <w:p w14:paraId="233205BC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>Групповой проект по теме «Технологии обработки пищевых продуктов».</w:t>
      </w:r>
    </w:p>
    <w:p w14:paraId="5112CF31" w14:textId="77777777" w:rsidR="00E51644" w:rsidRPr="00432BB2" w:rsidRDefault="00057968">
      <w:pPr>
        <w:autoSpaceDE w:val="0"/>
        <w:autoSpaceDN w:val="0"/>
        <w:spacing w:before="70" w:after="0" w:line="262" w:lineRule="auto"/>
        <w:ind w:left="180" w:right="3888"/>
        <w:rPr>
          <w:lang w:val="ru-RU"/>
        </w:rPr>
      </w:pP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Технологии обработки текстильных материалов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Современные текстильные материалы, получение и свойства.</w:t>
      </w:r>
    </w:p>
    <w:p w14:paraId="59A37918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Сравнение свойств тканей, выбор ткани с учётом эксплуатации изделия.</w:t>
      </w:r>
    </w:p>
    <w:p w14:paraId="6F6975F1" w14:textId="77777777" w:rsidR="00E51644" w:rsidRPr="00432BB2" w:rsidRDefault="00E51644">
      <w:pPr>
        <w:rPr>
          <w:lang w:val="ru-RU"/>
        </w:rPr>
        <w:sectPr w:rsidR="00E51644" w:rsidRPr="00432BB2">
          <w:pgSz w:w="11900" w:h="16840"/>
          <w:pgMar w:top="298" w:right="750" w:bottom="368" w:left="666" w:header="720" w:footer="720" w:gutter="0"/>
          <w:cols w:space="720" w:equalWidth="0">
            <w:col w:w="10484" w:space="0"/>
          </w:cols>
          <w:docGrid w:linePitch="360"/>
        </w:sectPr>
      </w:pPr>
    </w:p>
    <w:p w14:paraId="3BDE91CB" w14:textId="77777777" w:rsidR="00E51644" w:rsidRPr="00432BB2" w:rsidRDefault="00E51644">
      <w:pPr>
        <w:autoSpaceDE w:val="0"/>
        <w:autoSpaceDN w:val="0"/>
        <w:spacing w:after="78" w:line="220" w:lineRule="exact"/>
        <w:rPr>
          <w:lang w:val="ru-RU"/>
        </w:rPr>
      </w:pPr>
    </w:p>
    <w:p w14:paraId="648BDA4E" w14:textId="77777777" w:rsidR="00E51644" w:rsidRPr="00432BB2" w:rsidRDefault="00057968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Одежда, виды одежды. Мода и стиль.</w:t>
      </w:r>
    </w:p>
    <w:p w14:paraId="6442E010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>Индивидуальный творческий (учебный) проект «Изделие из текстильных материалов».</w:t>
      </w:r>
    </w:p>
    <w:p w14:paraId="749ABE12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6F7AA6D5" w14:textId="77777777" w:rsidR="00E51644" w:rsidRPr="00432BB2" w:rsidRDefault="00057968">
      <w:pPr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Выполнение технологических операций по раскрою и пошиву проектного изделия, отделке изделия. Оценка качества изготовления проектного швейного изделия.</w:t>
      </w:r>
    </w:p>
    <w:p w14:paraId="4F5F219B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0" w:after="0" w:line="281" w:lineRule="auto"/>
        <w:ind w:right="86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«Технологии обработки материалов и пищевых продуктов»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Технологии обработки конструкционных материалов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0F990443" w14:textId="77777777" w:rsidR="00E51644" w:rsidRPr="00432BB2" w:rsidRDefault="00057968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Обработка металлов. Технологии обработки металлов. Конструкционная сталь. Токарно-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7C4546B8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Пластмасса и другие современные материалы: свойства, получение и использование.</w:t>
      </w:r>
    </w:p>
    <w:p w14:paraId="08B6EC85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14:paraId="6C9C5E8A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Технологии обработки пищевых продуктов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14:paraId="45E3C520" w14:textId="77777777" w:rsidR="00E51644" w:rsidRPr="00432BB2" w:rsidRDefault="00057968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4E0E332B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Блюда национальной кухни из мяса, рыбы.</w:t>
      </w:r>
    </w:p>
    <w:p w14:paraId="11CDCA99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>Групповой проект по теме «Технологии обработки пищевых продуктов».</w:t>
      </w:r>
    </w:p>
    <w:p w14:paraId="1EE1F81F" w14:textId="77777777" w:rsidR="00E51644" w:rsidRPr="00432BB2" w:rsidRDefault="00057968">
      <w:pPr>
        <w:autoSpaceDE w:val="0"/>
        <w:autoSpaceDN w:val="0"/>
        <w:spacing w:before="190" w:after="0" w:line="271" w:lineRule="auto"/>
        <w:ind w:left="180" w:right="432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«Робототехника»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 КЛАСС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Автоматизация и роботизация. Принципы работы робота.</w:t>
      </w:r>
    </w:p>
    <w:p w14:paraId="5DF87B00" w14:textId="77777777" w:rsidR="00E51644" w:rsidRPr="00432BB2" w:rsidRDefault="00057968">
      <w:pPr>
        <w:autoSpaceDE w:val="0"/>
        <w:autoSpaceDN w:val="0"/>
        <w:spacing w:before="72" w:after="0" w:line="262" w:lineRule="auto"/>
        <w:ind w:left="180" w:right="201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Классификация современных роботов. Виды роботов, их функции и назначение. Взаимосвязь конструкции робота и выполняемой им функции.</w:t>
      </w:r>
    </w:p>
    <w:p w14:paraId="2093A29E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Робототехнический конструктор и комплектующие.</w:t>
      </w:r>
    </w:p>
    <w:p w14:paraId="5AD2454A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Чтение схем. Сборка роботизированной конструкции по готовой схеме.</w:t>
      </w:r>
    </w:p>
    <w:p w14:paraId="4FB90312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Базовые принципы программирования.</w:t>
      </w:r>
    </w:p>
    <w:p w14:paraId="07B7A58E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Визуальный язык для программирования простых робототехнических систем.</w:t>
      </w:r>
    </w:p>
    <w:p w14:paraId="2B56EE29" w14:textId="77777777" w:rsidR="00E51644" w:rsidRPr="00432BB2" w:rsidRDefault="00057968">
      <w:pPr>
        <w:autoSpaceDE w:val="0"/>
        <w:autoSpaceDN w:val="0"/>
        <w:spacing w:before="190" w:after="0" w:line="271" w:lineRule="auto"/>
        <w:ind w:left="180" w:right="14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«Робототехника»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 КЛАСС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Мобильная робототехника. Организация перемещения робототехнических устройств.</w:t>
      </w:r>
    </w:p>
    <w:p w14:paraId="40FB6FDD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Транспортные роботы. Назначение, особенности.</w:t>
      </w:r>
    </w:p>
    <w:p w14:paraId="08FF4A61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Знакомство с контроллером, моторами, датчиками.</w:t>
      </w:r>
    </w:p>
    <w:p w14:paraId="44D51D97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Сборка мобильного робота.</w:t>
      </w:r>
    </w:p>
    <w:p w14:paraId="3EDD0618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Принципы программирования мобильных роботов.</w:t>
      </w:r>
    </w:p>
    <w:p w14:paraId="329BDCD4" w14:textId="46E0F49F" w:rsidR="00E51644" w:rsidRPr="00432BB2" w:rsidRDefault="00057968" w:rsidP="008E301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32BB2">
        <w:rPr>
          <w:lang w:val="ru-RU"/>
        </w:rPr>
        <w:lastRenderedPageBreak/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>Учебный проект по робототехнике («Транспортный робот», «Танцующий робот»).</w:t>
      </w:r>
    </w:p>
    <w:p w14:paraId="207375CD" w14:textId="77777777" w:rsidR="00E51644" w:rsidRPr="00432BB2" w:rsidRDefault="00057968">
      <w:pPr>
        <w:autoSpaceDE w:val="0"/>
        <w:autoSpaceDN w:val="0"/>
        <w:spacing w:before="190" w:after="0" w:line="271" w:lineRule="auto"/>
        <w:ind w:left="180" w:right="1728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«Робототехника»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Промышленные и бытовые роботы, их классификация, назначение, использование.</w:t>
      </w:r>
    </w:p>
    <w:p w14:paraId="087B0993" w14:textId="77777777" w:rsidR="00E51644" w:rsidRPr="00432BB2" w:rsidRDefault="00057968">
      <w:pPr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Программирование контроллера в среде конкретного языка программирования, основные инструменты и команды программирования роботов.</w:t>
      </w:r>
    </w:p>
    <w:p w14:paraId="732B068B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1152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Реализация на выбранном языке программирования алгоритмов управления отдельными компонентами и роботизированными системами.</w:t>
      </w:r>
    </w:p>
    <w:p w14:paraId="54A700E6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Анализ и проверка на работоспособность, усовершенствование конструкции робота.</w:t>
      </w:r>
    </w:p>
    <w:p w14:paraId="25DA61E1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2" w:after="0" w:line="262" w:lineRule="auto"/>
        <w:ind w:right="288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>Учебный проект по робототехнике «Робототехнические проекты на базе электромеханической игрушки, контроллера и электронных компонентов».</w:t>
      </w:r>
    </w:p>
    <w:p w14:paraId="45E9C4E9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2" w:after="0"/>
        <w:ind w:right="86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«Робототехника»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14:paraId="3434061F" w14:textId="77777777" w:rsidR="00E51644" w:rsidRPr="00432BB2" w:rsidRDefault="00057968">
      <w:pPr>
        <w:autoSpaceDE w:val="0"/>
        <w:autoSpaceDN w:val="0"/>
        <w:spacing w:before="70" w:after="0" w:line="262" w:lineRule="auto"/>
        <w:ind w:left="180" w:right="864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Основные принципы теории автоматического управления и регулирования. Обратная связь. Датчики, принципы и режимы работы, параметры, применение.</w:t>
      </w:r>
    </w:p>
    <w:p w14:paraId="4ADBA72E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Отладка роботизированных конструкций в соответствии с поставленными задачами.</w:t>
      </w:r>
    </w:p>
    <w:p w14:paraId="67A97A55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Беспроводное управление роботом.</w:t>
      </w:r>
    </w:p>
    <w:p w14:paraId="6BC6FAEC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14:paraId="4B952D17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>Учебный проект по робототехнике (одна из предложенных тем на выбор).</w:t>
      </w:r>
    </w:p>
    <w:p w14:paraId="34EFA0DA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0" w:after="0"/>
        <w:ind w:right="14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«Робототехника»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9 КЛАСС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Робототехнические системы. Автоматизированные и роботизированные производственные линии. Элементы «Умного дома».</w:t>
      </w:r>
    </w:p>
    <w:p w14:paraId="67FA8856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14:paraId="114D2D7A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Составление алгоритмов и программ по управлению роботизированными системами.</w:t>
      </w:r>
    </w:p>
    <w:p w14:paraId="58D659D1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Протоколы связи.</w:t>
      </w:r>
    </w:p>
    <w:p w14:paraId="32407F1E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Перспективы автоматизации и роботизации: возможности и ограничения.</w:t>
      </w:r>
    </w:p>
    <w:p w14:paraId="6F5973B8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Профессии в области робототехники.</w:t>
      </w:r>
    </w:p>
    <w:p w14:paraId="55B9412B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>Научно-практический проект по робототехнике.</w:t>
      </w:r>
    </w:p>
    <w:p w14:paraId="3F05FB0B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0" w:after="0"/>
        <w:ind w:right="720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«3</w:t>
      </w:r>
      <w:r>
        <w:rPr>
          <w:rFonts w:ascii="Times New Roman" w:eastAsia="Times New Roman" w:hAnsi="Times New Roman"/>
          <w:b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-моделирование, прототипирование, макетирование»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14:paraId="637CA877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4057C468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Создание объёмных моделей с помощью компьютерных программ.</w:t>
      </w:r>
    </w:p>
    <w:p w14:paraId="0216A832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32BB2">
        <w:rPr>
          <w:lang w:val="ru-RU"/>
        </w:rPr>
        <w:lastRenderedPageBreak/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3A3F348C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33CAA650" w14:textId="485249D6" w:rsidR="00E51644" w:rsidRPr="00432BB2" w:rsidRDefault="00057968" w:rsidP="008E301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«3</w:t>
      </w:r>
      <w:r>
        <w:rPr>
          <w:rFonts w:ascii="Times New Roman" w:eastAsia="Times New Roman" w:hAnsi="Times New Roman"/>
          <w:b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-моделирование, прототипирование, макетирование»</w:t>
      </w:r>
    </w:p>
    <w:p w14:paraId="005B20EF" w14:textId="77777777" w:rsidR="00E51644" w:rsidRPr="00432BB2" w:rsidRDefault="00057968">
      <w:pPr>
        <w:autoSpaceDE w:val="0"/>
        <w:autoSpaceDN w:val="0"/>
        <w:spacing w:after="0" w:line="262" w:lineRule="auto"/>
        <w:ind w:left="180" w:right="360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-моделирование как технология создания визуальных моделей.</w:t>
      </w:r>
    </w:p>
    <w:p w14:paraId="430B2A72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Графические примитивы в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-моделировании. Куб и кубоид. Шар и многогранник. Цилиндр, призма, пирамида.</w:t>
      </w:r>
    </w:p>
    <w:p w14:paraId="1E68250B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Операции над примитивами. Поворот тел в пространстве.</w:t>
      </w:r>
    </w:p>
    <w:p w14:paraId="1C61DFC1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Масштабирование тел. Вычитание, пересечение и объединение геометрических тел.</w:t>
      </w:r>
    </w:p>
    <w:p w14:paraId="71D1B0E6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Понятие «прототипирование». Создание цифровой объёмной модели.</w:t>
      </w:r>
    </w:p>
    <w:p w14:paraId="147C53D4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Инструменты для создания цифровой объёмной модели.</w:t>
      </w:r>
    </w:p>
    <w:p w14:paraId="00A8B1A1" w14:textId="77777777" w:rsidR="00E51644" w:rsidRPr="00432BB2" w:rsidRDefault="00057968">
      <w:pPr>
        <w:autoSpaceDE w:val="0"/>
        <w:autoSpaceDN w:val="0"/>
        <w:spacing w:before="190" w:after="0" w:line="271" w:lineRule="auto"/>
        <w:ind w:left="180" w:right="3168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«3</w:t>
      </w:r>
      <w:r>
        <w:rPr>
          <w:rFonts w:ascii="Times New Roman" w:eastAsia="Times New Roman" w:hAnsi="Times New Roman"/>
          <w:b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-моделирование, прототипирование, макетирование»9 КЛАСС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Моделирование сложных объектов. Рендеринг. Полигональная сетка.</w:t>
      </w:r>
    </w:p>
    <w:p w14:paraId="62B31726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Понятие «аддитивные технологии».</w:t>
      </w:r>
    </w:p>
    <w:p w14:paraId="0B8BE659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Технологическое оборудование для аддитивных технологий: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-принтеры.</w:t>
      </w:r>
    </w:p>
    <w:p w14:paraId="1110A599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Области применения трёхмерной печати. Сырьё для трёхмерной печати.</w:t>
      </w:r>
    </w:p>
    <w:p w14:paraId="46AD9A13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-принтером. Основные настройки для выполнения печати на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-принтере.</w:t>
      </w:r>
    </w:p>
    <w:p w14:paraId="0CFCAD49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Подготовка к печати. Печать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-модели.</w:t>
      </w:r>
    </w:p>
    <w:p w14:paraId="54908FF4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связанные с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-печатью.</w:t>
      </w:r>
    </w:p>
    <w:p w14:paraId="48EF5397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«Компьютерная графика. Черчение»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 КЛАСС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20669A6E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Основы графической грамоты. Графические материалы и инструменты.</w:t>
      </w:r>
    </w:p>
    <w:p w14:paraId="1B3F27E2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др.).</w:t>
      </w:r>
    </w:p>
    <w:p w14:paraId="60E9CC3C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14:paraId="044D106A" w14:textId="77777777" w:rsidR="00E51644" w:rsidRPr="00432BB2" w:rsidRDefault="00057968">
      <w:pPr>
        <w:autoSpaceDE w:val="0"/>
        <w:autoSpaceDN w:val="0"/>
        <w:spacing w:before="70" w:after="0" w:line="262" w:lineRule="auto"/>
        <w:ind w:left="180" w:right="57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Правила построения чертежей (рамка, основная надпись, масштаб, виды, нанесение размеров). Чтение чертежа.</w:t>
      </w:r>
    </w:p>
    <w:p w14:paraId="1B7B543A" w14:textId="77777777" w:rsidR="00E51644" w:rsidRPr="00432BB2" w:rsidRDefault="00057968">
      <w:pPr>
        <w:autoSpaceDE w:val="0"/>
        <w:autoSpaceDN w:val="0"/>
        <w:spacing w:before="190" w:after="0" w:line="271" w:lineRule="auto"/>
        <w:ind w:left="180" w:right="5328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Модуль «Компьютерная графика. Черчение»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 КЛАСС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Создание проектной документации.</w:t>
      </w:r>
    </w:p>
    <w:p w14:paraId="655B04DE" w14:textId="77777777" w:rsidR="00E51644" w:rsidRPr="00432BB2" w:rsidRDefault="00057968">
      <w:pPr>
        <w:autoSpaceDE w:val="0"/>
        <w:autoSpaceDN w:val="0"/>
        <w:spacing w:before="72" w:after="0" w:line="262" w:lineRule="auto"/>
        <w:ind w:left="180" w:right="57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Основы выполнения чертежей с использованием чертёжных инструментов и приспособлений. Стандарты оформления.</w:t>
      </w:r>
    </w:p>
    <w:p w14:paraId="6FD6A3A5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Понятие о графическом редакторе, компьютерной графике.</w:t>
      </w:r>
    </w:p>
    <w:p w14:paraId="1850D978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Инструменты графического редактора. Создание эскиза в графическом редакторе.</w:t>
      </w:r>
    </w:p>
    <w:p w14:paraId="70B3930D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Инструменты для создания и редактирования текста в графическом редакторе.</w:t>
      </w:r>
    </w:p>
    <w:p w14:paraId="341D5E59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Создание печатной продукции в графическом редакторе.</w:t>
      </w:r>
    </w:p>
    <w:p w14:paraId="65B9434A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0" w:after="0"/>
        <w:ind w:right="86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«Компьютерная графика. Черчение»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 КЛАСС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14:paraId="0F574840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14:paraId="227B74FA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Понятие графической модели.</w:t>
      </w:r>
    </w:p>
    <w:p w14:paraId="1E772F65" w14:textId="77777777" w:rsidR="00E51644" w:rsidRPr="00432BB2" w:rsidRDefault="00057968">
      <w:pPr>
        <w:autoSpaceDE w:val="0"/>
        <w:autoSpaceDN w:val="0"/>
        <w:spacing w:after="0" w:line="271" w:lineRule="auto"/>
        <w:ind w:left="180" w:right="3024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Применение компьютеров для разработки графической документации. Математические, физические и информационные модели.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Графические модели. Виды графических моделей.</w:t>
      </w:r>
    </w:p>
    <w:p w14:paraId="5D61EB7D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Количественная и качественная оценка модели.</w:t>
      </w:r>
    </w:p>
    <w:p w14:paraId="10940449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0" w:after="0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«Компьютерная графика. Черчение»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 КЛАСС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19753140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Создание документов, виды документов. Основная надпись.</w:t>
      </w:r>
    </w:p>
    <w:p w14:paraId="3FEF17BA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Геометрические примитивы.</w:t>
      </w:r>
    </w:p>
    <w:p w14:paraId="526E0C3E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Создание, редактирование и трансформация графических объектов.</w:t>
      </w:r>
    </w:p>
    <w:p w14:paraId="62D87FE9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Сложные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-модели и сборочные чертежи.</w:t>
      </w:r>
    </w:p>
    <w:p w14:paraId="26B0023C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Изделия и их модели. Анализ формы объекта и синтез модели.</w:t>
      </w:r>
    </w:p>
    <w:p w14:paraId="4952838D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План создания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-модели.</w:t>
      </w:r>
    </w:p>
    <w:p w14:paraId="7D8D8432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14:paraId="39157969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0" w:after="0"/>
        <w:ind w:right="288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«Компьютерная графика. Черчение»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9 КЛАСС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07DF85BE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158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251A8046" w14:textId="77777777" w:rsidR="00E51644" w:rsidRPr="00432BB2" w:rsidRDefault="00057968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04B7C464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18F5E455" w14:textId="77777777" w:rsidR="00E51644" w:rsidRPr="00432BB2" w:rsidRDefault="00057968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ВАРИАТИВНЫЕ МОДУЛИ</w:t>
      </w:r>
    </w:p>
    <w:p w14:paraId="2C45469B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0" w:after="0" w:line="281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«Автоматизированные системы»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8—9 КЛАССЫ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Управление. Общие представления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Управляющие и управляемые системы. Понятие обратной связи. Модели управления. Классическая модель управления.</w:t>
      </w:r>
    </w:p>
    <w:p w14:paraId="78B264D9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Условия функционирования классической модели управления.</w:t>
      </w:r>
    </w:p>
    <w:p w14:paraId="6ED3D00A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Автоматизированные системы. Проблема устойчивости систем управления. Отклик системы на малые воздействия.</w:t>
      </w:r>
    </w:p>
    <w:p w14:paraId="4EE10F89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Синергетические эффекты.</w:t>
      </w:r>
    </w:p>
    <w:p w14:paraId="2B1DD702" w14:textId="77777777" w:rsidR="00E51644" w:rsidRPr="00432BB2" w:rsidRDefault="00057968">
      <w:pPr>
        <w:autoSpaceDE w:val="0"/>
        <w:autoSpaceDN w:val="0"/>
        <w:spacing w:before="70" w:after="0" w:line="262" w:lineRule="auto"/>
        <w:ind w:left="180" w:right="4176"/>
        <w:rPr>
          <w:lang w:val="ru-RU"/>
        </w:rPr>
      </w:pP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Управление техническими системами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Механические устройства обратной связи. Регулятор Уатта.</w:t>
      </w:r>
    </w:p>
    <w:p w14:paraId="32CE3235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Понятие системы. Замкнутые и открытые системы. Системы с положительной и отрицательной обратной связью.</w:t>
      </w:r>
    </w:p>
    <w:p w14:paraId="2B68E3DC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Динамические эффекты открытых систем: точки бифуркации, аттракторы.</w:t>
      </w:r>
    </w:p>
    <w:p w14:paraId="71FA4922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Реализация данных эффектов в технических системах.</w:t>
      </w:r>
    </w:p>
    <w:p w14:paraId="29D491DE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Управление системами в условиях нестабильности.</w:t>
      </w:r>
    </w:p>
    <w:p w14:paraId="323AC9A2" w14:textId="0E879950" w:rsidR="00E51644" w:rsidRPr="00432BB2" w:rsidRDefault="00057968" w:rsidP="008E301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Современное производство. Виды роботов. Робот-манипулятор. Сменные модули манипулятора.</w:t>
      </w:r>
    </w:p>
    <w:p w14:paraId="14562445" w14:textId="77777777" w:rsidR="00E51644" w:rsidRPr="00432BB2" w:rsidRDefault="00057968">
      <w:pPr>
        <w:autoSpaceDE w:val="0"/>
        <w:autoSpaceDN w:val="0"/>
        <w:spacing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Производственные линии.</w:t>
      </w:r>
    </w:p>
    <w:p w14:paraId="47BA2B6E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Информационное взаимодействие роботов. Производство 4.0.</w:t>
      </w:r>
    </w:p>
    <w:p w14:paraId="4C20F5EC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Моделирование технологических линий на основе робототехнического конструирования.</w:t>
      </w:r>
    </w:p>
    <w:p w14:paraId="27874C35" w14:textId="77777777" w:rsidR="00E51644" w:rsidRPr="00432BB2" w:rsidRDefault="00057968">
      <w:pPr>
        <w:autoSpaceDE w:val="0"/>
        <w:autoSpaceDN w:val="0"/>
        <w:spacing w:before="70" w:after="0" w:line="262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Моделирование действия учебного робота-манипулятора со сменными модулями для обучения работе с производственным оборудованием.</w:t>
      </w:r>
    </w:p>
    <w:p w14:paraId="0C834F32" w14:textId="77777777" w:rsidR="00E51644" w:rsidRPr="00432BB2" w:rsidRDefault="00057968">
      <w:pPr>
        <w:autoSpaceDE w:val="0"/>
        <w:autoSpaceDN w:val="0"/>
        <w:spacing w:before="70" w:after="0" w:line="262" w:lineRule="auto"/>
        <w:ind w:left="180" w:right="4032"/>
        <w:rPr>
          <w:lang w:val="ru-RU"/>
        </w:rPr>
      </w:pP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Элементная база автоматизированных систем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Понятие об электрическом токе. Проводники и диэлектрики.</w:t>
      </w:r>
    </w:p>
    <w:p w14:paraId="2481DEA6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Электрические приборы. Макетная плата. Соединение проводников.</w:t>
      </w:r>
    </w:p>
    <w:p w14:paraId="25474399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Электрическая цепь и электрическая схема. Резистор и диод. Потенциометр.</w:t>
      </w:r>
    </w:p>
    <w:p w14:paraId="39F90E63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Электроэнергетика. Способы получения и хранения электроэнергии. Энергетическая безопасность. Передача энергии на расстоянии.</w:t>
      </w:r>
    </w:p>
    <w:p w14:paraId="22A9C296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Электротехника. Датчики. Аналоговая и цифровая схемотехника. Микроконтроллеры.</w:t>
      </w:r>
    </w:p>
    <w:p w14:paraId="659AA711" w14:textId="77777777" w:rsidR="00E51644" w:rsidRPr="00432BB2" w:rsidRDefault="00057968">
      <w:pPr>
        <w:autoSpaceDE w:val="0"/>
        <w:autoSpaceDN w:val="0"/>
        <w:spacing w:before="70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Фоторезистор. Сборка схем.</w:t>
      </w:r>
    </w:p>
    <w:p w14:paraId="79082850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0" w:after="0" w:line="281" w:lineRule="auto"/>
        <w:ind w:right="576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«Животноводство»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7—8 КЛАССЫ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Элементы технологий выращивания сельскохозяйственных животных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Домашние животные. Приручение животных как фактор развития человеческой цивилизации. Сельскохозяйственные животные.</w:t>
      </w:r>
    </w:p>
    <w:p w14:paraId="48FF8FE8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Содержание сельскохозяйственных животных: помещение, оборудование, уход.</w:t>
      </w:r>
    </w:p>
    <w:p w14:paraId="0F408117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Разведение животных. Породы животных, их создание.</w:t>
      </w:r>
    </w:p>
    <w:p w14:paraId="38A4FF9C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Лечение животных. Понятие о ветеринарии.</w:t>
      </w:r>
    </w:p>
    <w:p w14:paraId="2CEEDC9D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Заготовка кормов. Кормление животных. Питательность корма. Рацион.</w:t>
      </w:r>
    </w:p>
    <w:p w14:paraId="62923DD0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Животные у нас дома. Забота о домашних и бездомных животных.</w:t>
      </w:r>
    </w:p>
    <w:p w14:paraId="1F5A390B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Проблема клонирования живых организмов. Социальные и этические проблемы.</w:t>
      </w:r>
    </w:p>
    <w:p w14:paraId="634B24B9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/>
        <w:ind w:right="158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Производство животноводческих продуктов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54CCC338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Использование цифровых технологий в животноводстве.</w:t>
      </w:r>
    </w:p>
    <w:p w14:paraId="4E6A1867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Цифровая ферма:</w:t>
      </w:r>
    </w:p>
    <w:p w14:paraId="5737182F" w14:textId="77777777" w:rsidR="00E51644" w:rsidRPr="00432BB2" w:rsidRDefault="00057968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автоматическое кормление животных;</w:t>
      </w:r>
    </w:p>
    <w:p w14:paraId="77A7AB12" w14:textId="77777777" w:rsidR="00E51644" w:rsidRPr="00432BB2" w:rsidRDefault="00057968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автоматическая дойка;</w:t>
      </w:r>
    </w:p>
    <w:p w14:paraId="765AD63C" w14:textId="77777777" w:rsidR="00E51644" w:rsidRPr="00432BB2" w:rsidRDefault="0005796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уборка помещения и др.</w:t>
      </w:r>
    </w:p>
    <w:p w14:paraId="15D9B003" w14:textId="77777777" w:rsidR="00E51644" w:rsidRPr="00432BB2" w:rsidRDefault="00057968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Цифровая «умная» ферма — перспективное направление роботизации в животноводстве.</w:t>
      </w:r>
    </w:p>
    <w:p w14:paraId="5B423270" w14:textId="77777777" w:rsidR="00E51644" w:rsidRPr="00432BB2" w:rsidRDefault="00057968">
      <w:pPr>
        <w:autoSpaceDE w:val="0"/>
        <w:autoSpaceDN w:val="0"/>
        <w:spacing w:before="70" w:after="0" w:line="262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lastRenderedPageBreak/>
        <w:t xml:space="preserve">Профессии, связанные с деятельностью животновода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Зоотехник, зооинженер, ветеринар, оператор птицефабрики, оператор животноводческих ферм и др.</w:t>
      </w:r>
    </w:p>
    <w:p w14:paraId="1595DA3E" w14:textId="77777777" w:rsidR="00E51644" w:rsidRPr="00432BB2" w:rsidRDefault="00057968">
      <w:pPr>
        <w:autoSpaceDE w:val="0"/>
        <w:autoSpaceDN w:val="0"/>
        <w:spacing w:before="70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Использование информационных цифровых технологий в профессиональной деятельности.</w:t>
      </w:r>
    </w:p>
    <w:p w14:paraId="30E2310D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0" w:after="0" w:line="281" w:lineRule="auto"/>
        <w:ind w:right="576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«Растениеводство»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7—8 КЛАССЫ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Элементы технологий выращивания сельскохозяйственных культур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</w:t>
      </w:r>
    </w:p>
    <w:p w14:paraId="70807FDC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История земледелия.</w:t>
      </w:r>
    </w:p>
    <w:p w14:paraId="671C25BB" w14:textId="29320BB2" w:rsidR="00E51644" w:rsidRPr="00432BB2" w:rsidRDefault="00057968" w:rsidP="008E301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Почвы, виды почв. Плодородие почв.</w:t>
      </w:r>
    </w:p>
    <w:p w14:paraId="3DE07796" w14:textId="77777777" w:rsidR="00E51644" w:rsidRPr="00432BB2" w:rsidRDefault="00057968">
      <w:pPr>
        <w:autoSpaceDE w:val="0"/>
        <w:autoSpaceDN w:val="0"/>
        <w:spacing w:after="0" w:line="262" w:lineRule="auto"/>
        <w:ind w:left="180" w:right="432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Инструменты обработки почвы: ручные и механизированные. Сельскохозяйственная техника. Культурные растения и их классификация.</w:t>
      </w:r>
    </w:p>
    <w:p w14:paraId="67588A9C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Выращивание растений на школьном/приусадебном участке.</w:t>
      </w:r>
    </w:p>
    <w:p w14:paraId="4ACA69B3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Полезные для человека дикорастущие растения и их классификация.</w:t>
      </w:r>
    </w:p>
    <w:p w14:paraId="5245C880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5A29B37C" w14:textId="77777777" w:rsidR="00E51644" w:rsidRPr="00432BB2" w:rsidRDefault="00057968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Сохранение природной среды.</w:t>
      </w:r>
    </w:p>
    <w:p w14:paraId="0CD785D9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Сельскохозяйственное производство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43369B97" w14:textId="77777777" w:rsidR="00E51644" w:rsidRPr="00432BB2" w:rsidRDefault="00057968">
      <w:pPr>
        <w:autoSpaceDE w:val="0"/>
        <w:autoSpaceDN w:val="0"/>
        <w:spacing w:before="72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Автоматизация и роботизация сельскохозяйственного производства:</w:t>
      </w:r>
    </w:p>
    <w:p w14:paraId="20FBCDD1" w14:textId="77777777" w:rsidR="00E51644" w:rsidRPr="00432BB2" w:rsidRDefault="00057968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анализаторы почвы </w:t>
      </w:r>
      <w:r>
        <w:rPr>
          <w:rFonts w:ascii="Times New Roman" w:eastAsia="Times New Roman" w:hAnsi="Times New Roman"/>
          <w:color w:val="000000"/>
          <w:sz w:val="24"/>
        </w:rPr>
        <w:t>c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использованием спутниковой системы навигации;</w:t>
      </w:r>
    </w:p>
    <w:p w14:paraId="77139C38" w14:textId="77777777" w:rsidR="00E51644" w:rsidRPr="00432BB2" w:rsidRDefault="0005796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автоматизация тепличного хозяйства;</w:t>
      </w:r>
    </w:p>
    <w:p w14:paraId="465D139E" w14:textId="77777777" w:rsidR="00E51644" w:rsidRPr="00432BB2" w:rsidRDefault="0005796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применение роботов-манипуляторов для уборки урожая;</w:t>
      </w:r>
    </w:p>
    <w:p w14:paraId="7BC6773A" w14:textId="77777777" w:rsidR="00E51644" w:rsidRPr="00432BB2" w:rsidRDefault="0005796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внесение удобрения на основе данных от азотно-спектральных датчиков;</w:t>
      </w:r>
    </w:p>
    <w:p w14:paraId="07D8DC51" w14:textId="77777777" w:rsidR="00E51644" w:rsidRPr="00432BB2" w:rsidRDefault="0005796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определение критических точек полей с помощью спутниковых снимков;</w:t>
      </w:r>
    </w:p>
    <w:p w14:paraId="2588C6CD" w14:textId="77777777" w:rsidR="00E51644" w:rsidRPr="00432BB2" w:rsidRDefault="0005796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использование БПЛА и др.</w:t>
      </w:r>
    </w:p>
    <w:p w14:paraId="0B3F62DE" w14:textId="77777777" w:rsidR="00E51644" w:rsidRPr="00432BB2" w:rsidRDefault="00057968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Генно-модифицированные растения: положительные и отрицательные аспекты.</w:t>
      </w:r>
    </w:p>
    <w:p w14:paraId="1C721D7A" w14:textId="6FF6D52D" w:rsidR="00E51644" w:rsidRPr="00432BB2" w:rsidRDefault="00057968" w:rsidP="008E301D">
      <w:pPr>
        <w:tabs>
          <w:tab w:val="left" w:pos="180"/>
        </w:tabs>
        <w:autoSpaceDE w:val="0"/>
        <w:autoSpaceDN w:val="0"/>
        <w:spacing w:before="70" w:after="0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Сельскохозяйственные профессии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131A7D5F" w14:textId="77777777" w:rsidR="008E301D" w:rsidRDefault="008E301D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14:paraId="60E19FFE" w14:textId="1296F49F" w:rsidR="00E51644" w:rsidRPr="008E301D" w:rsidRDefault="00057968" w:rsidP="008E301D">
      <w:pPr>
        <w:pStyle w:val="ae"/>
        <w:numPr>
          <w:ilvl w:val="0"/>
          <w:numId w:val="10"/>
        </w:numPr>
        <w:autoSpaceDE w:val="0"/>
        <w:autoSpaceDN w:val="0"/>
        <w:spacing w:after="0" w:line="230" w:lineRule="auto"/>
        <w:rPr>
          <w:lang w:val="ru-RU"/>
        </w:rPr>
      </w:pPr>
      <w:r w:rsidRPr="008E301D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14:paraId="4AC3C8D6" w14:textId="77777777" w:rsidR="00E51644" w:rsidRPr="00432BB2" w:rsidRDefault="00057968">
      <w:pPr>
        <w:autoSpaceDE w:val="0"/>
        <w:autoSpaceDN w:val="0"/>
        <w:spacing w:before="346" w:after="0" w:line="271" w:lineRule="auto"/>
        <w:ind w:right="432" w:firstLine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ФГОС в ходе изучения предмета «Технология» в 5-9 классах учащимися предполагается достижение совокупности основных личностных, метапредметных и предметных результатов.</w:t>
      </w:r>
    </w:p>
    <w:p w14:paraId="53FC935B" w14:textId="77777777" w:rsidR="00E51644" w:rsidRPr="00432BB2" w:rsidRDefault="00057968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14:paraId="1BADED31" w14:textId="77777777" w:rsidR="00E51644" w:rsidRPr="00432BB2" w:rsidRDefault="00057968">
      <w:pPr>
        <w:autoSpaceDE w:val="0"/>
        <w:autoSpaceDN w:val="0"/>
        <w:spacing w:before="166" w:after="0" w:line="271" w:lineRule="auto"/>
        <w:ind w:left="180" w:right="864"/>
        <w:rPr>
          <w:lang w:val="ru-RU"/>
        </w:rPr>
      </w:pP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lastRenderedPageBreak/>
        <w:t xml:space="preserve">Патриотическое воспитание: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проявление интереса к истории и современному состоянию российской науки и технологии; ценностное отношение к достижениям российских инженеров и учёных.</w:t>
      </w:r>
    </w:p>
    <w:p w14:paraId="7A713030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2" w:after="0" w:line="286" w:lineRule="auto"/>
        <w:ind w:right="432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важности морально-этических принципов в деятельности, связанной с реализацией технологий;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14:paraId="635294E6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83" w:lineRule="auto"/>
        <w:ind w:right="720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Эстетическое воспитание: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восприятие эстетических качеств предметов труда;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создавать эстетически значимые изделия из различных материалов;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понимание ценности отечественного и мирового искусства, народных традиций и народного творчества в декоративно-прикладном искусстве;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14:paraId="7227384F" w14:textId="77777777" w:rsidR="00E51644" w:rsidRPr="00432BB2" w:rsidRDefault="00057968">
      <w:pPr>
        <w:autoSpaceDE w:val="0"/>
        <w:autoSpaceDN w:val="0"/>
        <w:spacing w:before="70" w:after="0" w:line="271" w:lineRule="auto"/>
        <w:ind w:left="180" w:right="288"/>
        <w:rPr>
          <w:lang w:val="ru-RU"/>
        </w:rPr>
      </w:pP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Ценности научного познания и практической деятельности: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науки как фундамента технологий;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14:paraId="65A81918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Формирование культуры здоровья и эмоционального благополучия: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ценности безопасного образа жизни в современном технологическом мире, важности правил безопасной работы с инструментами;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умение распознавать информационные угрозы и осуществ​лять защиту личности от этих угроз.</w:t>
      </w:r>
    </w:p>
    <w:p w14:paraId="7CD7AB38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2" w:after="0" w:line="286" w:lineRule="auto"/>
        <w:ind w:right="720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Трудовое воспитание: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труду, трудящимся, результатам труда (своего и других людей);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ориентироваться в мире современных профессий;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умение осознанно выбирать индивидуальную траекторию развития с учётом личных и общественных интересов, потребностей;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ориентация на достижение выдающихся результатов в профессиональной деятельности.</w:t>
      </w:r>
    </w:p>
    <w:p w14:paraId="391279BA" w14:textId="385F696B" w:rsidR="00E51644" w:rsidRPr="00432BB2" w:rsidRDefault="00057968" w:rsidP="008E301D">
      <w:pPr>
        <w:tabs>
          <w:tab w:val="left" w:pos="180"/>
        </w:tabs>
        <w:autoSpaceDE w:val="0"/>
        <w:autoSpaceDN w:val="0"/>
        <w:spacing w:before="70" w:after="0"/>
        <w:ind w:right="432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Экологическое воспитание: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техносферой;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осознание пределов преобразовательной деятельности человека.</w:t>
      </w:r>
    </w:p>
    <w:p w14:paraId="14D4AAD1" w14:textId="77777777" w:rsidR="00E51644" w:rsidRPr="00432BB2" w:rsidRDefault="00057968">
      <w:pPr>
        <w:autoSpaceDE w:val="0"/>
        <w:autoSpaceDN w:val="0"/>
        <w:spacing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14:paraId="3DA9CA06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Освоение содержания предмета «Технология» в 5-9 классах способствует достижению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метапредметных результатов, в том числе: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познавательными действиями </w:t>
      </w:r>
      <w:r w:rsidRPr="00432BB2">
        <w:rPr>
          <w:lang w:val="ru-RU"/>
        </w:rPr>
        <w:br/>
      </w:r>
      <w:r w:rsidRPr="00432BB2">
        <w:rPr>
          <w:lang w:val="ru-RU"/>
        </w:rPr>
        <w:lastRenderedPageBreak/>
        <w:tab/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логические действия: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и характеризовать существенные признаки природных и рукотворных объектов;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существенный признак классификации, основание для обобщения и сравнения;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закономерности и противоречия в рассматриваемых фактах, данных и наблюдениях, относящихся к внешнему миру;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техносфере;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35B82790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88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использовать вопросы как исследовательский инструмент познания;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формировать запросы к информационной системе с целью получения необходимой информации;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оценивать полноту, достоверность и актуальность полученной информации;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опытным путём изучать свойства различных материалов;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величинами;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строить и оценивать модели объектов, явлений и процессов;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создавать, применять и преобразовывать знаки и символы, модели и схемы для решения учебных и познавательных задач;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оценивать правильность выполнения учебной задачи, собственные возможности её решения;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14:paraId="74D2A1EA" w14:textId="77777777" w:rsidR="00E51644" w:rsidRPr="00432BB2" w:rsidRDefault="00057968">
      <w:pPr>
        <w:autoSpaceDE w:val="0"/>
        <w:autoSpaceDN w:val="0"/>
        <w:spacing w:before="70" w:after="0" w:line="281" w:lineRule="auto"/>
        <w:ind w:left="180" w:right="1584"/>
        <w:rPr>
          <w:lang w:val="ru-RU"/>
        </w:rPr>
      </w:pP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Работа с информацией: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форму представления информации в зависимости от поставленной задачи; понимать различие между данными, информацией и знаниями;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начальными навыками работы с «большими данными»;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владеть технологией трансформации данных в информацию, информации в знания.</w:t>
      </w:r>
    </w:p>
    <w:p w14:paraId="4F9A8FB5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192" w:after="0" w:line="286" w:lineRule="auto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Овладение универсальными учебными регулятивными действиями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Самоорганизация: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предложенных условий и требований, корректировать свои действия в соответствии с изменяющейся ситуацией;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делать выбор и брать ответственность за решение.</w:t>
      </w:r>
    </w:p>
    <w:p w14:paraId="7787FCC6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81" w:lineRule="auto"/>
        <w:ind w:right="288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Самоконтроль (рефлексия):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давать адекватную оценку ситуации и предлагать план её изменения;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объяснять причины достижения (недостижения) результатов преобразовательной деятельности;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вносить необходимые коррективы в деятельность по решению задачи или по осуществлению проекта;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оценивать соответствие результата цели и условиям и при необходимости корректировать цель и</w:t>
      </w:r>
    </w:p>
    <w:p w14:paraId="36F938F5" w14:textId="77777777" w:rsidR="00E51644" w:rsidRPr="00432BB2" w:rsidRDefault="00E51644">
      <w:pPr>
        <w:rPr>
          <w:lang w:val="ru-RU"/>
        </w:rPr>
        <w:sectPr w:rsidR="00E51644" w:rsidRPr="00432BB2">
          <w:pgSz w:w="11900" w:h="16840"/>
          <w:pgMar w:top="298" w:right="756" w:bottom="318" w:left="666" w:header="720" w:footer="720" w:gutter="0"/>
          <w:cols w:space="720" w:equalWidth="0">
            <w:col w:w="10478" w:space="0"/>
          </w:cols>
          <w:docGrid w:linePitch="360"/>
        </w:sectPr>
      </w:pPr>
    </w:p>
    <w:p w14:paraId="120AE0C1" w14:textId="77777777" w:rsidR="00E51644" w:rsidRPr="00432BB2" w:rsidRDefault="00E51644">
      <w:pPr>
        <w:autoSpaceDE w:val="0"/>
        <w:autoSpaceDN w:val="0"/>
        <w:spacing w:after="66" w:line="220" w:lineRule="exact"/>
        <w:rPr>
          <w:lang w:val="ru-RU"/>
        </w:rPr>
      </w:pPr>
    </w:p>
    <w:p w14:paraId="465D061C" w14:textId="77777777" w:rsidR="00E51644" w:rsidRPr="00432BB2" w:rsidRDefault="00057968">
      <w:pPr>
        <w:autoSpaceDE w:val="0"/>
        <w:autoSpaceDN w:val="0"/>
        <w:spacing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процесс её достижения.</w:t>
      </w:r>
    </w:p>
    <w:p w14:paraId="79C02A46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Принятие себя и других: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5C22B1EB" w14:textId="77777777" w:rsidR="00E51644" w:rsidRPr="00432BB2" w:rsidRDefault="00057968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Овладение универсальными коммуникативными действиями.</w:t>
      </w:r>
    </w:p>
    <w:p w14:paraId="3A107331" w14:textId="77777777" w:rsidR="00E51644" w:rsidRPr="00432BB2" w:rsidRDefault="00057968">
      <w:pPr>
        <w:autoSpaceDE w:val="0"/>
        <w:autoSpaceDN w:val="0"/>
        <w:spacing w:before="70" w:after="0" w:line="281" w:lineRule="auto"/>
        <w:ind w:left="180" w:right="864"/>
        <w:rPr>
          <w:lang w:val="ru-RU"/>
        </w:rPr>
      </w:pP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Общение: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обсуждения учебного материала, планирования и осуществления учебного проекта; в рамках публичного представления результатов проектной деятельности;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в ходе совместного решения задачи с использованием облачных сервисов;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 ходе общения с представителями других культур, в частности в социальных сетях.</w:t>
      </w:r>
    </w:p>
    <w:p w14:paraId="241FEB14" w14:textId="77777777" w:rsidR="00E51644" w:rsidRPr="00432BB2" w:rsidRDefault="00057968">
      <w:pPr>
        <w:tabs>
          <w:tab w:val="left" w:pos="180"/>
        </w:tabs>
        <w:autoSpaceDE w:val="0"/>
        <w:autoSpaceDN w:val="0"/>
        <w:spacing w:before="72" w:after="0" w:line="286" w:lineRule="auto"/>
        <w:ind w:right="288"/>
        <w:rPr>
          <w:lang w:val="ru-RU"/>
        </w:rPr>
      </w:pP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Совместная деятельность: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и использовать преимущества командной работы при реализации учебного проекта;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понимать необходимость выработки знаково-символических средств как необходимого условия успешной проектной деятельности;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уметь адекватно интерпретировать высказывания собеседника — участника совместной деятельности;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владеть навыками отстаивания своей точки зрения, используя при этом законы логики;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уметь распознавать некорректную аргументацию.</w:t>
      </w:r>
    </w:p>
    <w:p w14:paraId="778A34A8" w14:textId="77777777" w:rsidR="00E51644" w:rsidRPr="00432BB2" w:rsidRDefault="00057968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14:paraId="0C12FB6F" w14:textId="77777777" w:rsidR="00E51644" w:rsidRPr="00432BB2" w:rsidRDefault="00057968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Для всех модулей обязательные предметные результаты:</w:t>
      </w:r>
    </w:p>
    <w:p w14:paraId="4F44821A" w14:textId="77777777" w:rsidR="00E51644" w:rsidRPr="00432BB2" w:rsidRDefault="00057968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организовывать рабочее место в соответствии с изучаемой технологией;</w:t>
      </w:r>
    </w:p>
    <w:p w14:paraId="124002CE" w14:textId="77777777" w:rsidR="00E51644" w:rsidRPr="00432BB2" w:rsidRDefault="00057968">
      <w:pPr>
        <w:autoSpaceDE w:val="0"/>
        <w:autoSpaceDN w:val="0"/>
        <w:spacing w:before="238" w:after="0" w:line="262" w:lineRule="auto"/>
        <w:ind w:left="420" w:right="129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соблюдать правила безопасного использования ручных и электрифицированных инструментов и оборудования;</w:t>
      </w:r>
    </w:p>
    <w:p w14:paraId="3CB846C4" w14:textId="77777777" w:rsidR="00E51644" w:rsidRPr="00432BB2" w:rsidRDefault="00057968">
      <w:pPr>
        <w:autoSpaceDE w:val="0"/>
        <w:autoSpaceDN w:val="0"/>
        <w:spacing w:before="238" w:after="0" w:line="262" w:lineRule="auto"/>
        <w:ind w:left="420" w:right="7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грамотно и осознанно выполнять технологические операции в соответствии изучаемой технологией.</w:t>
      </w:r>
    </w:p>
    <w:p w14:paraId="047FB44F" w14:textId="77777777" w:rsidR="00E51644" w:rsidRPr="00432BB2" w:rsidRDefault="00057968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«Производство и технология»</w:t>
      </w:r>
    </w:p>
    <w:p w14:paraId="3234EBC7" w14:textId="77777777" w:rsidR="00E51644" w:rsidRPr="00432BB2" w:rsidRDefault="00057968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14:paraId="33460A29" w14:textId="77777777" w:rsidR="00E51644" w:rsidRPr="00432BB2" w:rsidRDefault="00057968">
      <w:pPr>
        <w:autoSpaceDE w:val="0"/>
        <w:autoSpaceDN w:val="0"/>
        <w:spacing w:before="180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технологии;</w:t>
      </w:r>
    </w:p>
    <w:p w14:paraId="21008AB5" w14:textId="77777777" w:rsidR="00E51644" w:rsidRPr="00432BB2" w:rsidRDefault="00057968">
      <w:pPr>
        <w:autoSpaceDE w:val="0"/>
        <w:autoSpaceDN w:val="0"/>
        <w:spacing w:before="240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потребности человека;</w:t>
      </w:r>
    </w:p>
    <w:p w14:paraId="2CD603FE" w14:textId="77777777" w:rsidR="00E51644" w:rsidRPr="00432BB2" w:rsidRDefault="0005796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естественные (природные) и искусственные материалы;</w:t>
      </w:r>
    </w:p>
    <w:p w14:paraId="2963F0A1" w14:textId="77777777" w:rsidR="00E51644" w:rsidRPr="00432BB2" w:rsidRDefault="0005796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сравнивать и анализировать свойства материалов;</w:t>
      </w:r>
    </w:p>
    <w:p w14:paraId="7A1323A8" w14:textId="77777777" w:rsidR="00E51644" w:rsidRPr="00432BB2" w:rsidRDefault="0005796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технику, описывать назначение техники;</w:t>
      </w:r>
    </w:p>
    <w:p w14:paraId="4B4BD5B2" w14:textId="77777777" w:rsidR="00E51644" w:rsidRPr="00432BB2" w:rsidRDefault="00057968">
      <w:pPr>
        <w:autoSpaceDE w:val="0"/>
        <w:autoSpaceDN w:val="0"/>
        <w:spacing w:before="238" w:after="0" w:line="262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3751FCA2" w14:textId="77777777" w:rsidR="00E51644" w:rsidRPr="00432BB2" w:rsidRDefault="00057968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предметы труда в различных видах материального производства;</w:t>
      </w:r>
    </w:p>
    <w:p w14:paraId="5F55AD10" w14:textId="77777777" w:rsidR="00E51644" w:rsidRPr="00432BB2" w:rsidRDefault="00057968">
      <w:pPr>
        <w:autoSpaceDE w:val="0"/>
        <w:autoSpaceDN w:val="0"/>
        <w:spacing w:before="238" w:after="0" w:line="262" w:lineRule="auto"/>
        <w:ind w:left="420" w:right="144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использовать метод мозгового штурма, метод интеллект-карт, метод фокальных объектов и др.;</w:t>
      </w:r>
    </w:p>
    <w:p w14:paraId="54247438" w14:textId="153AE567" w:rsidR="00E51644" w:rsidRPr="00432BB2" w:rsidRDefault="00057968" w:rsidP="008E301D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метод учебного проектирования, выполнять учебные проекты;</w:t>
      </w:r>
    </w:p>
    <w:p w14:paraId="158B76CA" w14:textId="77777777" w:rsidR="00E51644" w:rsidRPr="00432BB2" w:rsidRDefault="00057968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назвать и характеризовать профессии.</w:t>
      </w:r>
    </w:p>
    <w:p w14:paraId="2258F32F" w14:textId="77777777" w:rsidR="00E51644" w:rsidRPr="00432BB2" w:rsidRDefault="00057968">
      <w:pPr>
        <w:autoSpaceDE w:val="0"/>
        <w:autoSpaceDN w:val="0"/>
        <w:spacing w:before="178" w:after="0" w:line="374" w:lineRule="auto"/>
        <w:ind w:left="240" w:right="288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машины и механизмы;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конструировать, оценивать и использовать модели в познавательной и практической деятельности;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разрабатывать несложную технологическую, конструкторскую документацию для выполнения творческих проектных задач;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решать простые изобретательские, конструкторские и технологические задачи в процессе изготовления изделий из различных материалов;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предлагать варианты усовершенствования конструкций;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предметы труда в различных видах материального производства;—  характеризовать виды современных технологий и определять перспективы их развития.</w:t>
      </w:r>
    </w:p>
    <w:p w14:paraId="497616B5" w14:textId="77777777" w:rsidR="00E51644" w:rsidRPr="00432BB2" w:rsidRDefault="00057968">
      <w:pPr>
        <w:autoSpaceDE w:val="0"/>
        <w:autoSpaceDN w:val="0"/>
        <w:spacing w:before="178" w:after="0" w:line="415" w:lineRule="auto"/>
        <w:ind w:left="240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развития технологий;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приводить примеры эстетичных промышленных изделий;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народные промыслы и ремёсла России;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производства и производственные процессы;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современные и перспективные технологии;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оценивать области применения технологий, понимать их возможности и ограничения;—  оценивать условия и риски применимости технологий с позиций экологических последствий;—  выявлять экологические проблемы;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виды транспорта, оценивать перспективы развития;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технологии на транспорте, транспортную логистику.</w:t>
      </w:r>
    </w:p>
    <w:p w14:paraId="1C4C3DCA" w14:textId="49460CAD" w:rsidR="00E51644" w:rsidRPr="00432BB2" w:rsidRDefault="00057968" w:rsidP="008E301D">
      <w:pPr>
        <w:autoSpaceDE w:val="0"/>
        <w:autoSpaceDN w:val="0"/>
        <w:spacing w:before="180" w:after="0" w:line="398" w:lineRule="auto"/>
        <w:ind w:left="240" w:right="864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общие принципы управления;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возможности и сферу применения современных технологий;—  характеризовать технологии получения, преобразования и использования энергии;—  называть и характеризовать биотехнологии, их применение;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направления развития и особенности перспективных 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технологий;—  предлагать предпринимательские идеи, обосновывать их решение;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определять проблему, анализировать потребности в продукте;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</w:t>
      </w:r>
    </w:p>
    <w:p w14:paraId="33EB3950" w14:textId="77777777" w:rsidR="00E51644" w:rsidRPr="00432BB2" w:rsidRDefault="00057968">
      <w:pPr>
        <w:autoSpaceDE w:val="0"/>
        <w:autoSpaceDN w:val="0"/>
        <w:spacing w:after="0" w:line="322" w:lineRule="auto"/>
        <w:ind w:left="240" w:right="1728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оформления изделий;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мир профессий, связанных с изучаемыми технологиями, их востребованность на рынке труда.</w:t>
      </w:r>
    </w:p>
    <w:p w14:paraId="62027E1D" w14:textId="77777777" w:rsidR="00E51644" w:rsidRPr="00432BB2" w:rsidRDefault="00057968">
      <w:pPr>
        <w:autoSpaceDE w:val="0"/>
        <w:autoSpaceDN w:val="0"/>
        <w:spacing w:before="178" w:after="0" w:line="398" w:lineRule="auto"/>
        <w:ind w:left="240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перечислять и характеризовать виды современных информационно-когнитивных технологий;—  овладеть информационно-когнитивными технологиями преобразования данных в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информацию и информации в знание;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культуру предпринимательства, виды предпринимательской деятельности;—  создавать модели экономической деятельности;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разрабатывать бизнес-проект;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оценивать эффективность предпринимательской деятельности;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закономерности технологического развития цивилизации;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планировать своё профессиональное образование и профессиональную карьеру.</w:t>
      </w:r>
    </w:p>
    <w:p w14:paraId="0211C9CF" w14:textId="04A326D6" w:rsidR="00E51644" w:rsidRPr="00432BB2" w:rsidRDefault="00057968" w:rsidP="008E301D">
      <w:pPr>
        <w:tabs>
          <w:tab w:val="left" w:pos="240"/>
        </w:tabs>
        <w:autoSpaceDE w:val="0"/>
        <w:autoSpaceDN w:val="0"/>
        <w:spacing w:before="298" w:after="0" w:line="372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«Технологии обработки материалов и пищевых продуктов»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самостоятельно выполнять учебные проекты в соответствии с этапами проектной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деятельности; выбирать идею творческого проекта, выявлять потребность в изготовлении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продукта на основе анализа информационных источников различных видов и реализовывать её в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проектной деятельности;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создавать, применять и преобразовывать знаки и символы, модели и схемы; использовать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средства и инструменты ИКТ для решения прикладных учебно-познавательных задач;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виды бумаги, её свойства, получение и применение;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народные промыслы по обработке древесины;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свойства конструкционных материалов;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материалы для изготовления изделий с учётом их свойств, технологий обработки,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инструментов и приспособлений;</w:t>
      </w:r>
      <w:r w:rsidRPr="00432BB2">
        <w:rPr>
          <w:lang w:val="ru-RU"/>
        </w:rPr>
        <w:br/>
      </w:r>
      <w:r w:rsidRPr="00432BB2">
        <w:rPr>
          <w:lang w:val="ru-RU"/>
        </w:rPr>
        <w:lastRenderedPageBreak/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виды древесины, пиломатериалов;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простые ручные операции (разметка, распиливание, строгание, сверление) по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обработке изделий из древесины с учётом её свойств, применять в работе столярные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инструменты и приспособления;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исследовать, анализировать и сравнивать свойства древесины разных пород деревьев;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знать и называть пищевую ценность яиц, круп, овощей;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обработки пищевых продуктов, позволяющие максимально сохранять их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пищевую ценность;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выполнять технологии первичной обработки овощей, круп;</w:t>
      </w:r>
    </w:p>
    <w:p w14:paraId="7F77AB64" w14:textId="77777777" w:rsidR="00E51644" w:rsidRPr="00432BB2" w:rsidRDefault="00057968">
      <w:pPr>
        <w:autoSpaceDE w:val="0"/>
        <w:autoSpaceDN w:val="0"/>
        <w:spacing w:after="0" w:line="377" w:lineRule="auto"/>
        <w:ind w:left="24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выполнять технологии приготовления блюд из яиц, овощей, круп;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виды планировки кухни; способы рационального размещения мебели;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текстильные материалы, классифицировать их, описывать основные этапы производства;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 сравнивать свойства текстильных материалов;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выбирать материалы, инструменты и оборудование для выполнения швейных работ;—  использовать ручные инструменты для выполнения швейных работ;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выполнять последовательность изготовления швейных изделий, осуществлять контроль качества;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группы профессий, описывать тенденции их развития, объяснять социальное значение групп профессий.</w:t>
      </w:r>
    </w:p>
    <w:p w14:paraId="7DF0E439" w14:textId="406185AA" w:rsidR="00E51644" w:rsidRPr="00432BB2" w:rsidRDefault="00057968" w:rsidP="008E301D">
      <w:pPr>
        <w:autoSpaceDE w:val="0"/>
        <w:autoSpaceDN w:val="0"/>
        <w:spacing w:before="178" w:after="0" w:line="398" w:lineRule="auto"/>
        <w:ind w:left="240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свойства конструкционных материалов;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народные промыслы по обработке металла;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виды металлов и их сплавов;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исследовать, анализировать и сравнивать свойства металлов и их сплавов;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и характеризовать инструменты, приспособления и технологическое оборудование;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инструменты, приспособления и технологическое оборудование при обработке тонколистового металла, проволоки;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технологические операции с использованием ручных инструментов,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приспособлений, технологического оборудования;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обрабатывать металлы и их сплавы слесарным инструментом;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знать и называть пищевую ценность молока и молочных продуктов; определять качество молочных продуктов, называть правила хранения продуктов;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выполнять технологии приготовления блюд из молока и молочных продуктов;—  называть виды теста, технологии приготовления разных видов теста;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национальные блюда из разных видов теста;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виды одежды, характеризовать стили одежды;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современные текстильные материалы, их получение и свойства;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выбирать текстильные материалы для изделий с учётом их свойств;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выполнять чертёж выкроек швейного изделия; соблюдать последовательность</w:t>
      </w:r>
      <w:r w:rsidR="008E301D" w:rsidRPr="008E301D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технологических операций по раскрою, пошиву и отделке изделия;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выполнять учебные проекты, соблюдая этапы и технологии изготовления проектных изделий.</w:t>
      </w:r>
    </w:p>
    <w:p w14:paraId="1D705373" w14:textId="77777777" w:rsidR="00E51644" w:rsidRPr="00432BB2" w:rsidRDefault="00057968">
      <w:pPr>
        <w:autoSpaceDE w:val="0"/>
        <w:autoSpaceDN w:val="0"/>
        <w:spacing w:before="178" w:after="0" w:line="379" w:lineRule="auto"/>
        <w:ind w:left="240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исследовать и анализировать свойства конструкционных материалов;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выбирать инструменты и оборудование, необходимые для изготовления выбранного изделия по данной технологии;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применять технологии механической обработки конструкционных материалов;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доступными средствами контроль качества изготавливаемого изделия, находить и устранять допущенные дефекты;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выполнять художественное оформление изделий;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пластмассы и другие современные материалы, анализировать их свойства,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возможность применения в быту и на производстве;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изготовление субъективно нового продукта, опираясь на общую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технологическую схему;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оценивать пределы применимости данной технологии, в том числе с экономических и экологических позиций;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знать и называть пищевую ценность рыбы, морепродуктов продуктов; определять качество рыбы;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знать и называть пищевую ценность мяса животных, мяса птицы; определять качество;—  называть и выполнять технологии приготовления блюд из рыбы,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технологии приготовления из мяса животных, мяса птицы;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называть блюда национальной кухни из рыбы, мяса;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мир профессий, связанных с изучаемыми технологиями, их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востребованность на рынке труда.</w:t>
      </w:r>
    </w:p>
    <w:p w14:paraId="3D81030F" w14:textId="035FA0A4" w:rsidR="00E51644" w:rsidRPr="00432BB2" w:rsidRDefault="00057968" w:rsidP="008E301D">
      <w:pPr>
        <w:tabs>
          <w:tab w:val="left" w:pos="240"/>
        </w:tabs>
        <w:autoSpaceDE w:val="0"/>
        <w:autoSpaceDN w:val="0"/>
        <w:spacing w:before="300" w:after="0" w:line="372" w:lineRule="auto"/>
        <w:ind w:right="576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«Робототехника»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и характеризовать роботов по видам и назначению;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знать основные законы робототехники;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назначение деталей робототехнического конструктора;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составные части роботов, датчики в современных робототехнических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системах;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получить опыт моделирования машин и механизмов с помощью робототехнического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конструктора;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навыки моделирования машин и механизмов с помощью робототехнического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конструктора;</w:t>
      </w:r>
    </w:p>
    <w:p w14:paraId="195F329D" w14:textId="77777777" w:rsidR="00E51644" w:rsidRPr="00432BB2" w:rsidRDefault="00057968">
      <w:pPr>
        <w:autoSpaceDE w:val="0"/>
        <w:autoSpaceDN w:val="0"/>
        <w:spacing w:after="0" w:line="262" w:lineRule="auto"/>
        <w:ind w:left="240" w:right="144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владеть навыками индивидуальной и коллективной деятельности, направленной на создание робототехнического продукта.</w:t>
      </w:r>
    </w:p>
    <w:p w14:paraId="7425748B" w14:textId="77777777" w:rsidR="00E51644" w:rsidRPr="00432BB2" w:rsidRDefault="00057968">
      <w:pPr>
        <w:autoSpaceDE w:val="0"/>
        <w:autoSpaceDN w:val="0"/>
        <w:spacing w:before="178" w:after="0" w:line="394" w:lineRule="auto"/>
        <w:ind w:left="240" w:right="720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виды транспортных роботов, описывать их назначение;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мобильного робота по схеме; усовершенствовать конструкцию;—  программировать мобильного робота;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управлять мобильными роботами в компьютерно-управляемых средах;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датчики, использованные при проектировании мобильного робота;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уметь осуществлять робототехнические проекты;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презентовать изделие.</w:t>
      </w:r>
    </w:p>
    <w:p w14:paraId="5BF4EB96" w14:textId="77777777" w:rsidR="00E51644" w:rsidRPr="00432BB2" w:rsidRDefault="00057968">
      <w:pPr>
        <w:autoSpaceDE w:val="0"/>
        <w:autoSpaceDN w:val="0"/>
        <w:spacing w:before="178" w:after="0" w:line="360" w:lineRule="auto"/>
        <w:ind w:left="240" w:right="144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виды промышленных роботов, описывать их назначение и функции;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назвать виды бытовых роботов, описывать их назначение и функции;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датчики и программировать действие учебного робота в зависимости от задач проекта;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робототехнические проекты, совершенствовать конструкцию, испытывать и презентовать результат проекта.</w:t>
      </w:r>
    </w:p>
    <w:p w14:paraId="5DFEB354" w14:textId="77777777" w:rsidR="00E51644" w:rsidRPr="00432BB2" w:rsidRDefault="00057968">
      <w:pPr>
        <w:autoSpaceDE w:val="0"/>
        <w:autoSpaceDN w:val="0"/>
        <w:spacing w:before="178" w:after="0" w:line="370" w:lineRule="auto"/>
        <w:ind w:left="240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8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реализовывать полный цикл создания робота;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и моделировать робототехнические системы;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приводить примеры применения роботов из различных областей материального мира;—  характеризовать возможности роботов, роботехнических систем и направления их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применения.</w:t>
      </w:r>
    </w:p>
    <w:p w14:paraId="73502442" w14:textId="33E6CCC3" w:rsidR="00E51644" w:rsidRPr="00432BB2" w:rsidRDefault="00057968" w:rsidP="008E301D">
      <w:pPr>
        <w:autoSpaceDE w:val="0"/>
        <w:autoSpaceDN w:val="0"/>
        <w:spacing w:before="178" w:after="0" w:line="377" w:lineRule="auto"/>
        <w:ind w:left="240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автоматизированные и роботизированные производственные линии;—  анализировать перспективы развития робототехники;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мир профессий, связанных с робототехникой, их востребованность на рынке труда;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реализовывать полный цикл создания робота;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визуальный язык для программирования простых робототехнических систем;</w:t>
      </w:r>
    </w:p>
    <w:p w14:paraId="648BEA17" w14:textId="77777777" w:rsidR="00E51644" w:rsidRPr="00432BB2" w:rsidRDefault="00057968">
      <w:pPr>
        <w:autoSpaceDE w:val="0"/>
        <w:autoSpaceDN w:val="0"/>
        <w:spacing w:after="0" w:line="334" w:lineRule="auto"/>
        <w:ind w:left="240" w:right="3312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составлять алгоритмы и программы по управлению роботом;—  самостоятельно осуществлять робототехнические проекты.</w:t>
      </w:r>
    </w:p>
    <w:p w14:paraId="66A066C5" w14:textId="77777777" w:rsidR="00E51644" w:rsidRPr="00432BB2" w:rsidRDefault="00057968">
      <w:pPr>
        <w:tabs>
          <w:tab w:val="left" w:pos="240"/>
        </w:tabs>
        <w:autoSpaceDE w:val="0"/>
        <w:autoSpaceDN w:val="0"/>
        <w:spacing w:before="298" w:after="0" w:line="365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«Компьютерная графика. Черчение»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виды и области применения графической информации;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типы графических изображений (рисунок, диаграмма, графики, графы, эскиз,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технический рисунок, чертёж, схема, карта, пиктограмма и др.);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называть основные элементы графических изображений (точка, линия, контур, буквы и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цифры, условные знаки);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применять чертёжные инструменты;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 и выполнять чертежи на листе А4 (рамка, основная надпись, масштаб, виды, нанесение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размеров).</w:t>
      </w:r>
    </w:p>
    <w:p w14:paraId="32937B6B" w14:textId="77777777" w:rsidR="00E51644" w:rsidRPr="00432BB2" w:rsidRDefault="00057968">
      <w:pPr>
        <w:autoSpaceDE w:val="0"/>
        <w:autoSpaceDN w:val="0"/>
        <w:spacing w:before="178" w:after="0" w:line="360" w:lineRule="auto"/>
        <w:ind w:left="240" w:right="144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выполнять основные правила выполнения чертежей с использованием 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чертёжных инструментов;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знать и использовать для выполнения чертежей инструменты графического редактора;—  понимать смысл условных графических обозначений, создавать с их помощью графические тексты;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тексты, рисунки в графическом редакторе.</w:t>
      </w:r>
    </w:p>
    <w:p w14:paraId="5EF28845" w14:textId="77777777" w:rsidR="00E51644" w:rsidRPr="00432BB2" w:rsidRDefault="00057968">
      <w:pPr>
        <w:autoSpaceDE w:val="0"/>
        <w:autoSpaceDN w:val="0"/>
        <w:spacing w:before="178" w:after="0" w:line="377" w:lineRule="auto"/>
        <w:ind w:left="240" w:right="432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виды конструкторской документации;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характеризовать виды графических моделей;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выполнять и оформлять сборочный чертёж;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владеть ручными способами вычерчивания чертежей, эскизов и технических рисунков деталей;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владеть автоматизированными способами вычерчивания чертежей, эскизов и технических рисунков;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уметь читать чертежи деталей и осуществлять расчёты по чертежам.</w:t>
      </w:r>
    </w:p>
    <w:p w14:paraId="19629516" w14:textId="77777777" w:rsidR="00E51644" w:rsidRPr="00432BB2" w:rsidRDefault="00057968">
      <w:pPr>
        <w:autoSpaceDE w:val="0"/>
        <w:autoSpaceDN w:val="0"/>
        <w:spacing w:before="178" w:after="0" w:line="370" w:lineRule="auto"/>
        <w:ind w:left="240" w:right="720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программное обеспечение для создания проектной документации;—  создавать различные виды документов;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владеть способами создания, редактирования и трансформации графических объектов;—  выполнять эскизы, схемы, чертежи с использованием чертёжных инструментов и приспособлений и/или с использованием программного обеспечения;</w:t>
      </w:r>
    </w:p>
    <w:p w14:paraId="3432CA9B" w14:textId="77777777" w:rsidR="00E51644" w:rsidRPr="00432BB2" w:rsidRDefault="00E51644">
      <w:pPr>
        <w:autoSpaceDE w:val="0"/>
        <w:autoSpaceDN w:val="0"/>
        <w:spacing w:after="108" w:line="220" w:lineRule="exact"/>
        <w:rPr>
          <w:lang w:val="ru-RU"/>
        </w:rPr>
      </w:pPr>
    </w:p>
    <w:p w14:paraId="1B937DF1" w14:textId="77777777" w:rsidR="00E51644" w:rsidRPr="00432BB2" w:rsidRDefault="00057968">
      <w:pPr>
        <w:autoSpaceDE w:val="0"/>
        <w:autoSpaceDN w:val="0"/>
        <w:spacing w:after="0" w:line="230" w:lineRule="auto"/>
        <w:ind w:left="24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создавать и редактировать сложные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-модели и сборочные чертежи.</w:t>
      </w:r>
    </w:p>
    <w:p w14:paraId="04535408" w14:textId="77777777" w:rsidR="00E51644" w:rsidRPr="00432BB2" w:rsidRDefault="00057968">
      <w:pPr>
        <w:autoSpaceDE w:val="0"/>
        <w:autoSpaceDN w:val="0"/>
        <w:spacing w:before="178" w:after="0" w:line="350" w:lineRule="auto"/>
        <w:ind w:left="240" w:right="864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выполнять эскизы, схемы, чертежи с использованием чертёжных инструментов и приспособлений и/или в системе автоматизированного проектирования (САПР);—  создавать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-модели в системе автоматизированного проектирования (САПР);—  оформлять конструкторскую документацию, в том числе с использованием систем автоматизированного проектирования (САПР);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мир профессий, связанных с изучаемыми технологиями, их востребованность на рынке труда.</w:t>
      </w:r>
    </w:p>
    <w:p w14:paraId="0BCB6358" w14:textId="77777777" w:rsidR="00E51644" w:rsidRPr="00432BB2" w:rsidRDefault="00057968">
      <w:pPr>
        <w:tabs>
          <w:tab w:val="left" w:pos="240"/>
        </w:tabs>
        <w:autoSpaceDE w:val="0"/>
        <w:autoSpaceDN w:val="0"/>
        <w:spacing w:before="300" w:after="0" w:line="384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«3</w:t>
      </w:r>
      <w:r>
        <w:rPr>
          <w:rFonts w:ascii="Times New Roman" w:eastAsia="Times New Roman" w:hAnsi="Times New Roman"/>
          <w:b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-моделирование, прототипирование, макетирование»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виды, свойства и назначение моделей;</w:t>
      </w:r>
      <w:r w:rsidRPr="00432BB2">
        <w:rPr>
          <w:lang w:val="ru-RU"/>
        </w:rPr>
        <w:br/>
      </w:r>
      <w:r w:rsidRPr="00432BB2">
        <w:rPr>
          <w:lang w:val="ru-RU"/>
        </w:rPr>
        <w:lastRenderedPageBreak/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виды макетов и их назначение;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создавать макеты различных видов, в том числе с использованием программного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обеспечения;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выполнять развёртку и соединять фрагменты макета;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выполнять сборку деталей макета;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разрабатывать графическую документацию;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мир профессий, связанных с изучаемыми технологиями макетирования, их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востребованность на рынке труда.</w:t>
      </w:r>
    </w:p>
    <w:p w14:paraId="14AECF6F" w14:textId="77777777" w:rsidR="00E51644" w:rsidRPr="00432BB2" w:rsidRDefault="00057968">
      <w:pPr>
        <w:autoSpaceDE w:val="0"/>
        <w:autoSpaceDN w:val="0"/>
        <w:spacing w:before="178" w:after="0" w:line="384" w:lineRule="auto"/>
        <w:ind w:left="240" w:right="144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разрабатывать оригинальные конструкции с использованием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-моделей, проводить их испытание, анализ, способы модернизации в зависимости от результатов испытания;—  создавать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-модели, используя программное обеспечение;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адекватность модели объекту и целям моделирования;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проводить анализ и модернизацию компьютерной модели;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изготавливать прототипы с использованием технологического оборудования (3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-принтер, лазерный гравёр и др.);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модернизировать прототип в соответствии с поставленной задачей;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презентовать изделие.</w:t>
      </w:r>
    </w:p>
    <w:p w14:paraId="11588C1A" w14:textId="77777777" w:rsidR="00E51644" w:rsidRPr="00432BB2" w:rsidRDefault="00057968">
      <w:pPr>
        <w:autoSpaceDE w:val="0"/>
        <w:autoSpaceDN w:val="0"/>
        <w:spacing w:before="178" w:after="0" w:line="329" w:lineRule="auto"/>
        <w:ind w:left="240" w:hanging="240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редактор компьютерного трёхмерного проектирования для создания моделей сложных объектов;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изготавливать прототипы с использованием технологического оборудования (3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-принтер, лазерный гравёр и др.);</w:t>
      </w:r>
    </w:p>
    <w:p w14:paraId="57648205" w14:textId="77777777" w:rsidR="00E51644" w:rsidRPr="00432BB2" w:rsidRDefault="00E51644">
      <w:pPr>
        <w:autoSpaceDE w:val="0"/>
        <w:autoSpaceDN w:val="0"/>
        <w:spacing w:after="108" w:line="220" w:lineRule="exact"/>
        <w:rPr>
          <w:lang w:val="ru-RU"/>
        </w:rPr>
      </w:pPr>
    </w:p>
    <w:p w14:paraId="45DCD887" w14:textId="77777777" w:rsidR="00E51644" w:rsidRPr="00432BB2" w:rsidRDefault="00057968">
      <w:pPr>
        <w:autoSpaceDE w:val="0"/>
        <w:autoSpaceDN w:val="0"/>
        <w:spacing w:after="0" w:line="367" w:lineRule="auto"/>
        <w:ind w:left="24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и выполнять этапы аддитивного производства;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модернизировать прототип в соответствии с поставленной задачей;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области применения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-моделирования;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мир профессий, связанных с изучаемыми технологиями 3</w:t>
      </w:r>
      <w:r>
        <w:rPr>
          <w:rFonts w:ascii="Times New Roman" w:eastAsia="Times New Roman" w:hAnsi="Times New Roman"/>
          <w:color w:val="000000"/>
          <w:sz w:val="24"/>
        </w:rPr>
        <w:t>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-моделирования, их востребованность на рынке труда.</w:t>
      </w:r>
    </w:p>
    <w:p w14:paraId="446B7D4C" w14:textId="77777777" w:rsidR="00E51644" w:rsidRPr="00432BB2" w:rsidRDefault="00057968">
      <w:pPr>
        <w:tabs>
          <w:tab w:val="left" w:pos="240"/>
        </w:tabs>
        <w:autoSpaceDE w:val="0"/>
        <w:autoSpaceDN w:val="0"/>
        <w:spacing w:before="298" w:after="0" w:line="413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«Автоматизированные системы»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8—9 КЛАССЫ: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управляемые и управляющие системы, модели управления;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признаки системы, виды систем;</w:t>
      </w:r>
      <w:r w:rsidRPr="00432BB2">
        <w:rPr>
          <w:lang w:val="ru-RU"/>
        </w:rPr>
        <w:br/>
      </w:r>
      <w:r w:rsidRPr="00432BB2">
        <w:rPr>
          <w:lang w:val="ru-RU"/>
        </w:rPr>
        <w:lastRenderedPageBreak/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получить опыт исследования схем управления техническими системами;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управление учебными техническими системами;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автоматические и автоматизированные системы;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проектировать автоматизированные системы;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автоматизированные системы;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пользоваться моделями роботов-манипуляторов со сменными модулями для моделирования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производственного процесса;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способы хранения и производства электроэнергии;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типы передачи электроэнергии;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принцип сборки электрических схем;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выполнять сборку электрических схем;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определять результат работы электрической схемы при использовании различных элементов;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применение элементов электрической цепи в бытовых приборах;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различать последовательное и параллельное соединения резисторов;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различать аналоговую и цифровую схемотехнику;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программировать простое «умное» устройство с заданными характеристиками;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различать особенности современных датчиков, применять в реальных задачах;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мир профессий, связанных с изучаемыми технологиями, их 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востребованность на рынке труда.</w:t>
      </w:r>
    </w:p>
    <w:p w14:paraId="3A9C61D7" w14:textId="237471B8" w:rsidR="00E51644" w:rsidRPr="00432BB2" w:rsidRDefault="00057968" w:rsidP="008E301D">
      <w:pPr>
        <w:tabs>
          <w:tab w:val="left" w:pos="240"/>
        </w:tabs>
        <w:autoSpaceDE w:val="0"/>
        <w:autoSpaceDN w:val="0"/>
        <w:spacing w:before="298" w:after="0" w:line="362" w:lineRule="auto"/>
        <w:ind w:right="576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«Животноводство»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7—8 КЛАССЫ: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основные направления животноводства;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особенности основных видов сельскохозяйственных животных своего</w:t>
      </w:r>
    </w:p>
    <w:p w14:paraId="1C624475" w14:textId="77777777" w:rsidR="00E51644" w:rsidRPr="00432BB2" w:rsidRDefault="00057968">
      <w:pPr>
        <w:autoSpaceDE w:val="0"/>
        <w:autoSpaceDN w:val="0"/>
        <w:spacing w:after="0" w:line="394" w:lineRule="auto"/>
        <w:ind w:left="240" w:right="144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региона;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описывать полный технологический цикл получения продукции животноводства своего региона;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виды сельскохозяйственных животных, характерных для данного региона;—  оценивать условия содержания животных в различных условиях;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владеть навыками оказания первой помощи заболевшим или пораненным животным;—  характеризовать способы переработки и хранения продукции животноводства;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характеризовать пути цифровизации животноводческого производства;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объяснять особенности сельскохозяйственного производства своего региона;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мир профессий, связанных с животноводством, их востребованность на рынке труда.</w:t>
      </w:r>
    </w:p>
    <w:p w14:paraId="05594A31" w14:textId="23F5DA41" w:rsidR="00E51644" w:rsidRPr="00432BB2" w:rsidRDefault="00057968" w:rsidP="008E301D">
      <w:pPr>
        <w:tabs>
          <w:tab w:val="left" w:pos="240"/>
        </w:tabs>
        <w:autoSpaceDE w:val="0"/>
        <w:autoSpaceDN w:val="0"/>
        <w:spacing w:before="298" w:after="0" w:line="394" w:lineRule="auto"/>
        <w:rPr>
          <w:lang w:val="ru-RU"/>
        </w:rPr>
        <w:sectPr w:rsidR="00E51644" w:rsidRPr="00432BB2">
          <w:pgSz w:w="11900" w:h="16840"/>
          <w:pgMar w:top="286" w:right="1102" w:bottom="968" w:left="846" w:header="720" w:footer="720" w:gutter="0"/>
          <w:cols w:space="720" w:equalWidth="0">
            <w:col w:w="9952" w:space="0"/>
          </w:cols>
          <w:docGrid w:linePitch="360"/>
        </w:sect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Модуль «Растениеводство»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7—8 КЛАССЫ: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основные направления растениеводства;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полный технологический цикл получения наиболее распространённой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растениеводческой продукции своего региона;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виды и свойства почв данного региона;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ручные и механизированные инструменты обработки почвы;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классифицировать культурные растения по различным основаниям;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полезные дикорастущие растения и знать их свойства;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назвать опасные для человека дикорастущие растения;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полезные для человека грибы;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называть опасные для человека грибы;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методами сбора, переработки и хранения полезных дикорастущих растений и их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плодов;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владеть методами сбора, переработки и хранения полезных для человека грибов;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—  характеризовать основные направления цифровизации и роботизации в растениеводстве;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получить опыт использования цифровых устройств и программных сервисов в технологии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растениеводства;</w:t>
      </w:r>
      <w:r w:rsidRPr="00432BB2">
        <w:rPr>
          <w:lang w:val="ru-RU"/>
        </w:rPr>
        <w:br/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мир профессий, связанных с растениеводством, их востребованность на </w:t>
      </w:r>
      <w:r w:rsidRPr="00432BB2">
        <w:rPr>
          <w:lang w:val="ru-RU"/>
        </w:rPr>
        <w:tab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рынке труда.</w:t>
      </w:r>
    </w:p>
    <w:p w14:paraId="41A4641B" w14:textId="17DCF4D3" w:rsidR="00E51644" w:rsidRPr="00504D87" w:rsidRDefault="00504D87" w:rsidP="00504D87">
      <w:pPr>
        <w:pStyle w:val="ae"/>
        <w:autoSpaceDE w:val="0"/>
        <w:autoSpaceDN w:val="0"/>
        <w:spacing w:after="92" w:line="398" w:lineRule="auto"/>
        <w:ind w:left="1080" w:right="11952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b/>
        </w:rPr>
        <w:t>IV</w:t>
      </w:r>
      <w:r>
        <w:rPr>
          <w:rFonts w:ascii="Times New Roman" w:hAnsi="Times New Roman" w:cs="Times New Roman"/>
          <w:b/>
          <w:lang w:val="ru-RU"/>
        </w:rPr>
        <w:t xml:space="preserve"> ТЕМАТИЧЕСКОЕ     ПЛАНИРОВАНИЕ 5    КЛАСС</w:t>
      </w:r>
    </w:p>
    <w:tbl>
      <w:tblPr>
        <w:tblW w:w="0" w:type="auto"/>
        <w:tblInd w:w="2273" w:type="dxa"/>
        <w:tblLayout w:type="fixed"/>
        <w:tblLook w:val="04A0" w:firstRow="1" w:lastRow="0" w:firstColumn="1" w:lastColumn="0" w:noHBand="0" w:noVBand="1"/>
      </w:tblPr>
      <w:tblGrid>
        <w:gridCol w:w="236"/>
        <w:gridCol w:w="473"/>
        <w:gridCol w:w="6186"/>
        <w:gridCol w:w="528"/>
        <w:gridCol w:w="799"/>
        <w:gridCol w:w="709"/>
        <w:gridCol w:w="1134"/>
      </w:tblGrid>
      <w:tr w:rsidR="006C23DA" w:rsidRPr="00FD40B2" w14:paraId="4F937B48" w14:textId="77777777" w:rsidTr="00504D87">
        <w:trPr>
          <w:trHeight w:hRule="exact" w:val="348"/>
        </w:trPr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13A52" w14:textId="77777777" w:rsidR="006C23DA" w:rsidRPr="00FD40B2" w:rsidRDefault="006C23DA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</w:rPr>
              <w:t>№</w:t>
            </w:r>
            <w:r w:rsidRPr="00FD40B2">
              <w:rPr>
                <w:rFonts w:ascii="Times New Roman" w:hAnsi="Times New Roman" w:cs="Times New Roman"/>
                <w:sz w:val="16"/>
                <w:szCs w:val="20"/>
              </w:rPr>
              <w:br/>
            </w: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</w:rPr>
              <w:t>п/п</w:t>
            </w:r>
          </w:p>
        </w:tc>
        <w:tc>
          <w:tcPr>
            <w:tcW w:w="6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745CF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2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E173A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DDDDD0" w14:textId="575F9325" w:rsidR="006C23DA" w:rsidRPr="00FD40B2" w:rsidRDefault="006C23DA">
            <w:pPr>
              <w:autoSpaceDE w:val="0"/>
              <w:autoSpaceDN w:val="0"/>
              <w:spacing w:before="78" w:after="0" w:line="245" w:lineRule="auto"/>
              <w:ind w:left="72" w:right="115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</w:rPr>
              <w:t>Электронные (цифровые) образовательные ресурсы</w:t>
            </w:r>
          </w:p>
        </w:tc>
      </w:tr>
      <w:tr w:rsidR="006C23DA" w:rsidRPr="00FD40B2" w14:paraId="22B5B153" w14:textId="77777777" w:rsidTr="00504D87">
        <w:trPr>
          <w:trHeight w:hRule="exact" w:val="1903"/>
        </w:trPr>
        <w:tc>
          <w:tcPr>
            <w:tcW w:w="70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D69C5" w14:textId="77777777" w:rsidR="006C23DA" w:rsidRPr="00FD40B2" w:rsidRDefault="006C23DA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6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FAAFF" w14:textId="77777777" w:rsidR="006C23DA" w:rsidRPr="00FD40B2" w:rsidRDefault="006C23DA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FB8DB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</w:rPr>
              <w:t>всего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73503A" w14:textId="77777777" w:rsidR="006C23DA" w:rsidRPr="00FD40B2" w:rsidRDefault="006C23DA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</w:rPr>
              <w:t>контрольные работы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D96A0F" w14:textId="77777777" w:rsidR="006C23DA" w:rsidRPr="00FD40B2" w:rsidRDefault="006C23DA">
            <w:pPr>
              <w:autoSpaceDE w:val="0"/>
              <w:autoSpaceDN w:val="0"/>
              <w:spacing w:before="78" w:after="0" w:line="245" w:lineRule="auto"/>
              <w:ind w:left="72" w:right="288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</w:rPr>
              <w:t>практические работы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69100" w14:textId="06CAE47D" w:rsidR="006C23DA" w:rsidRPr="00FD40B2" w:rsidRDefault="006C23DA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37777" w:rsidRPr="00FD40B2" w14:paraId="264B6E6F" w14:textId="77777777" w:rsidTr="00504D87">
        <w:trPr>
          <w:trHeight w:hRule="exact" w:val="34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60AF8" w14:textId="77777777" w:rsidR="00637777" w:rsidRPr="00FD40B2" w:rsidRDefault="0063777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9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08E9A" w14:textId="5D85D981" w:rsidR="00637777" w:rsidRPr="00FD40B2" w:rsidRDefault="00637777" w:rsidP="00504D8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</w:rPr>
              <w:t>Модуль 1. Производство и технологии</w:t>
            </w:r>
          </w:p>
        </w:tc>
      </w:tr>
      <w:tr w:rsidR="006C23DA" w:rsidRPr="00FD40B2" w14:paraId="2D665498" w14:textId="77777777" w:rsidTr="00504D87">
        <w:trPr>
          <w:trHeight w:hRule="exact" w:val="34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D84C8D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1.1.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FD87DA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Потребности человека и технологии. Технологии вокруг нас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18CBC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9100A2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D215E7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9F0A98" w14:textId="640FB584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2CD95EA5" w14:textId="77777777" w:rsidTr="00504D87">
        <w:trPr>
          <w:trHeight w:hRule="exact" w:val="34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C809DC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1.2.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2F1112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Техносфера и её элементы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E9258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30F34A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F23600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0E68DA" w14:textId="052931A9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69968361" w14:textId="77777777" w:rsidTr="00504D87">
        <w:trPr>
          <w:trHeight w:hRule="exact" w:val="34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10A5B4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1.3.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1A1FC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A03835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99262A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9FC17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28C83C" w14:textId="20393CC6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788222D2" w14:textId="77777777" w:rsidTr="00504D87">
        <w:trPr>
          <w:trHeight w:hRule="exact" w:val="44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B1B6B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1.4.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97C963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 xml:space="preserve">Когнитивные технологии. Проектирование и проекты. </w:t>
            </w: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Этапы выполнения проекта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5BBEB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D72839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2EE44D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F956C3" w14:textId="1A99CF9F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37777" w:rsidRPr="00FD40B2" w14:paraId="2BC70417" w14:textId="77777777" w:rsidTr="00504D87">
        <w:trPr>
          <w:trHeight w:hRule="exact" w:val="348"/>
        </w:trPr>
        <w:tc>
          <w:tcPr>
            <w:tcW w:w="6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7EC408" w14:textId="77777777" w:rsidR="00637777" w:rsidRPr="00FD40B2" w:rsidRDefault="0063777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341F2" w14:textId="77777777" w:rsidR="00637777" w:rsidRPr="00FD40B2" w:rsidRDefault="0063777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8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4B0F" w14:textId="77777777" w:rsidR="00637777" w:rsidRPr="00FD40B2" w:rsidRDefault="00637777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75AEFD" w14:textId="47852A9B" w:rsidR="00637777" w:rsidRPr="00FD40B2" w:rsidRDefault="00637777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37777" w:rsidRPr="00FD40B2" w14:paraId="23A6798A" w14:textId="77777777" w:rsidTr="00504D87">
        <w:trPr>
          <w:trHeight w:hRule="exact" w:val="34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706E4" w14:textId="77777777" w:rsidR="00637777" w:rsidRPr="00FD40B2" w:rsidRDefault="0063777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9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F4BA94" w14:textId="1E0C549F" w:rsidR="00637777" w:rsidRPr="00FD40B2" w:rsidRDefault="00637777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</w:rPr>
              <w:t>Модуль 2. Компьютерная графика. Черчение</w:t>
            </w:r>
          </w:p>
        </w:tc>
      </w:tr>
      <w:tr w:rsidR="006C23DA" w:rsidRPr="00FD40B2" w14:paraId="524C811B" w14:textId="77777777" w:rsidTr="00504D87">
        <w:trPr>
          <w:trHeight w:hRule="exact" w:val="61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915855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2.1.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F68D5F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Основы графической грамоты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A3CD9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1D0150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8218B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BBB647" w14:textId="40703C55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3592D0EB" w14:textId="77777777" w:rsidTr="00504D87">
        <w:trPr>
          <w:trHeight w:hRule="exact" w:val="34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1D54E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2.2.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0EBC6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Графические изображения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1EDFD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53BB54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467D1B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A2464" w14:textId="7964F00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3E1E04D9" w14:textId="77777777" w:rsidTr="00504D87">
        <w:trPr>
          <w:trHeight w:hRule="exact" w:val="35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6590E0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2.3.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73C27C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Основные элементы графических изображений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8D21B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14574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23F58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74E265" w14:textId="6A3CFFFA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032EFE9B" w14:textId="77777777" w:rsidTr="00504D87">
        <w:trPr>
          <w:trHeight w:hRule="exact" w:val="55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ACCF9A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2.4.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A50776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Правила построения чертежей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BFC67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EE0A6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D0312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9B76F2" w14:textId="2A8528C3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37777" w:rsidRPr="00FD40B2" w14:paraId="10ECEEA9" w14:textId="77777777" w:rsidTr="00504D87">
        <w:trPr>
          <w:trHeight w:hRule="exact" w:val="348"/>
        </w:trPr>
        <w:tc>
          <w:tcPr>
            <w:tcW w:w="6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A27DF" w14:textId="77777777" w:rsidR="00637777" w:rsidRPr="00FD40B2" w:rsidRDefault="0063777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086C41" w14:textId="77777777" w:rsidR="00637777" w:rsidRPr="00FD40B2" w:rsidRDefault="0063777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8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E668" w14:textId="77777777" w:rsidR="00637777" w:rsidRPr="00FD40B2" w:rsidRDefault="00637777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2DED14" w14:textId="3F3E8D42" w:rsidR="00637777" w:rsidRPr="00FD40B2" w:rsidRDefault="00637777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37777" w:rsidRPr="00524B0F" w14:paraId="671A8C1A" w14:textId="77777777" w:rsidTr="00504D87">
        <w:trPr>
          <w:trHeight w:hRule="exact" w:val="34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60DEB" w14:textId="77777777" w:rsidR="00637777" w:rsidRPr="00FD40B2" w:rsidRDefault="0063777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  <w:lang w:val="ru-RU"/>
              </w:rPr>
            </w:pPr>
          </w:p>
        </w:tc>
        <w:tc>
          <w:tcPr>
            <w:tcW w:w="9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8C8D6D" w14:textId="593CFDEB" w:rsidR="00637777" w:rsidRPr="00FD40B2" w:rsidRDefault="0063777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  <w:lang w:val="ru-RU"/>
              </w:rPr>
              <w:t>Модуль 3. Технологии обработки материалов и пищевых продуктов: Технологии обработки конструкционных материалов</w:t>
            </w:r>
          </w:p>
        </w:tc>
      </w:tr>
      <w:tr w:rsidR="006C23DA" w:rsidRPr="00FD40B2" w14:paraId="28C42593" w14:textId="77777777" w:rsidTr="00504D87">
        <w:trPr>
          <w:trHeight w:hRule="exact" w:val="57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7DA4E1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3.1.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B00A3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Технология, её основные составляющие. Бумага и её свойства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45032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57199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23AF7B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0FE4AB" w14:textId="7BB0B946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1D186709" w14:textId="77777777" w:rsidTr="00504D87">
        <w:trPr>
          <w:trHeight w:hRule="exact" w:val="55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E24DC0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3.2.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CD6DF5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 xml:space="preserve">Виды и свойства конструкционных материалов. </w:t>
            </w: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Древесина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00141D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107AA5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DEB2D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73F205" w14:textId="0B0DB3FC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082FC991" w14:textId="77777777" w:rsidTr="00504D87">
        <w:trPr>
          <w:trHeight w:hRule="exact" w:val="34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35871B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3.3.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8CF18C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Народные промыслы по обработке древесины. Ручной инструмент для обработки древесины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1B606E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4F03E5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556146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81A8A7" w14:textId="54C6FD64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495464D4" w14:textId="77777777" w:rsidTr="00504D87">
        <w:trPr>
          <w:trHeight w:hRule="exact" w:val="34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546A50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lastRenderedPageBreak/>
              <w:t>3.4.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F401A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 xml:space="preserve">Электрифицированный инструмент для обработки древесины. </w:t>
            </w: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Приёмы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CAF265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C1FB6F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7BCFF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7A5D27" w14:textId="521F049C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66FA5B38" w14:textId="77777777" w:rsidTr="00504D87">
        <w:trPr>
          <w:trHeight w:hRule="exact" w:val="5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CF3AE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3.5.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D2BD0" w14:textId="77777777" w:rsidR="006C23DA" w:rsidRPr="00FD40B2" w:rsidRDefault="006C23DA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 xml:space="preserve">Декорирование древесины. Приёмы тонирования и лакирования изделий из древесины. </w:t>
            </w: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Качество изделия. Контроль и оценка качества изделий из древесины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56769E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1841B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05F1A0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135D98" w14:textId="379D81F3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7395C2EF" w14:textId="77777777" w:rsidTr="00504D87">
        <w:trPr>
          <w:trHeight w:hRule="exact" w:val="54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A6CBB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3.6.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79FF4D" w14:textId="77777777" w:rsidR="006C23DA" w:rsidRPr="00FD40B2" w:rsidRDefault="006C23DA">
            <w:pPr>
              <w:autoSpaceDE w:val="0"/>
              <w:autoSpaceDN w:val="0"/>
              <w:spacing w:before="78" w:after="0" w:line="245" w:lineRule="auto"/>
              <w:ind w:left="72" w:right="4176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Профессии, связанные с производством и обработкой древесины. Защита проекта «Изделие из древесины»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43FDC0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6A5AE3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D696A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1F522" w14:textId="7A1F39CC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37777" w:rsidRPr="00FD40B2" w14:paraId="19279ADA" w14:textId="77777777" w:rsidTr="00504D87">
        <w:trPr>
          <w:trHeight w:hRule="exact" w:val="348"/>
        </w:trPr>
        <w:tc>
          <w:tcPr>
            <w:tcW w:w="6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443C2" w14:textId="77777777" w:rsidR="00637777" w:rsidRPr="00FD40B2" w:rsidRDefault="0063777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8849E9" w14:textId="77777777" w:rsidR="00637777" w:rsidRPr="00FD40B2" w:rsidRDefault="0063777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91DE" w14:textId="77777777" w:rsidR="00637777" w:rsidRPr="00FD40B2" w:rsidRDefault="00637777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8840B8" w14:textId="669F2BEA" w:rsidR="00637777" w:rsidRPr="00FD40B2" w:rsidRDefault="00637777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637777" w:rsidRPr="00524B0F" w14:paraId="1C92E34D" w14:textId="77777777" w:rsidTr="00504D87">
        <w:trPr>
          <w:trHeight w:hRule="exact" w:val="34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3F8D" w14:textId="77777777" w:rsidR="00637777" w:rsidRPr="00FD40B2" w:rsidRDefault="0063777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  <w:lang w:val="ru-RU"/>
              </w:rPr>
            </w:pPr>
          </w:p>
        </w:tc>
        <w:tc>
          <w:tcPr>
            <w:tcW w:w="9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6C6607" w14:textId="443CADAB" w:rsidR="00637777" w:rsidRPr="00FD40B2" w:rsidRDefault="0063777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  <w:lang w:val="ru-RU"/>
              </w:rPr>
              <w:t>Модуль 4. Технологии обработки материалов и пищевых продуктов: Технологии обработки пищевых продуктов</w:t>
            </w:r>
          </w:p>
        </w:tc>
      </w:tr>
      <w:tr w:rsidR="006C23DA" w:rsidRPr="00FD40B2" w14:paraId="147274FB" w14:textId="77777777" w:rsidTr="00504D87">
        <w:trPr>
          <w:trHeight w:hRule="exact" w:val="740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26C2C2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4.1.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A78BF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Основы рационального питания. Технология приготовления блюд из яиц, круп, овощей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C72349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17094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689510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2B6299" w14:textId="1D95FA89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5C5DCC32" w14:textId="77777777" w:rsidTr="00504D87">
        <w:trPr>
          <w:trHeight w:hRule="exact" w:val="553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E7C28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4.2.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EDBC23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747A1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63DF2E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75AC92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A341B" w14:textId="63E6E5E3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3843B2A6" w14:textId="77777777" w:rsidTr="00504D87">
        <w:trPr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943FF5" w14:textId="1F6687E9" w:rsidR="006C23DA" w:rsidRPr="00FD40B2" w:rsidRDefault="006C23DA" w:rsidP="00E960B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4.3.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667125" w14:textId="3B78C4EB" w:rsidR="006C23DA" w:rsidRPr="00FD40B2" w:rsidRDefault="006C23DA" w:rsidP="00E960B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Этикет, правила сервировки стола. Защита проекта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0F7BCC" w14:textId="23274BF5" w:rsidR="006C23DA" w:rsidRPr="00FD40B2" w:rsidRDefault="006C23DA" w:rsidP="00E960B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D1567" w14:textId="3599AEA7" w:rsidR="006C23DA" w:rsidRPr="00FD40B2" w:rsidRDefault="006C23DA" w:rsidP="00E960B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FAF784" w14:textId="63CDFC6E" w:rsidR="006C23DA" w:rsidRPr="00FD40B2" w:rsidRDefault="006C23DA" w:rsidP="00E960B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B66B6A" w14:textId="7059F7E7" w:rsidR="006C23DA" w:rsidRPr="00FD40B2" w:rsidRDefault="006C23DA" w:rsidP="00E960B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Globallab</w:t>
            </w:r>
          </w:p>
        </w:tc>
      </w:tr>
      <w:tr w:rsidR="00E960BD" w:rsidRPr="00FD40B2" w14:paraId="437E8A16" w14:textId="77777777" w:rsidTr="00504D87">
        <w:trPr>
          <w:trHeight w:hRule="exact" w:val="328"/>
        </w:trPr>
        <w:tc>
          <w:tcPr>
            <w:tcW w:w="6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8663E5" w14:textId="233396F0" w:rsidR="00E960BD" w:rsidRPr="00FD40B2" w:rsidRDefault="00E960BD" w:rsidP="00E960B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B33835" w14:textId="0D324AAF" w:rsidR="00E960BD" w:rsidRPr="00FD40B2" w:rsidRDefault="00E960BD" w:rsidP="00E960B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803860" w14:textId="77777777" w:rsidR="00E960BD" w:rsidRPr="00FD40B2" w:rsidRDefault="00E960BD" w:rsidP="00E960B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89A4A8" w14:textId="77777777" w:rsidR="00E960BD" w:rsidRPr="00FD40B2" w:rsidRDefault="00E960BD" w:rsidP="00E960B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</w:p>
        </w:tc>
      </w:tr>
      <w:tr w:rsidR="00E960BD" w:rsidRPr="00524B0F" w14:paraId="460F5910" w14:textId="77777777" w:rsidTr="00504D87">
        <w:trPr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BA86C" w14:textId="77777777" w:rsidR="00E960BD" w:rsidRPr="00FD40B2" w:rsidRDefault="00E960BD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9DBAAD" w14:textId="726EBAC0" w:rsidR="00E960BD" w:rsidRPr="00FD40B2" w:rsidRDefault="00E960BD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  <w:lang w:val="ru-RU"/>
              </w:rPr>
              <w:t>Модуль 5. Технологии обработки материалов и пищевых продуктов: Технологии обработки текстильных материалов</w:t>
            </w:r>
          </w:p>
        </w:tc>
      </w:tr>
      <w:tr w:rsidR="006C23DA" w:rsidRPr="00FD40B2" w14:paraId="01AC12F2" w14:textId="77777777" w:rsidTr="00504D87">
        <w:trPr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29C2E0" w14:textId="3FFAB62F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5.1.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25D627" w14:textId="102BFAAD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Текстильные материалы, получение свойства. Ткани, ткацкие переплетения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957AA6" w14:textId="023C6AE9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EFC1C" w14:textId="62DE18A0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6A94CB" w14:textId="7D63A3DD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2954EE" w14:textId="72926226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275D4CB8" w14:textId="77777777" w:rsidTr="00504D87">
        <w:trPr>
          <w:trHeight w:hRule="exact" w:val="39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2B696" w14:textId="74CC3839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5.2.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F3582E" w14:textId="5995DC9D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Швейная машина, её устройство. Виды машинных швов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AC5AF" w14:textId="653D6141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4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CEB6C6" w14:textId="7EC8DBDE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468880" w14:textId="7AA7CB02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100359" w14:textId="5F1D67E5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</w:p>
        </w:tc>
      </w:tr>
      <w:tr w:rsidR="006C23DA" w:rsidRPr="00FD40B2" w14:paraId="55E43928" w14:textId="77777777" w:rsidTr="00504D87">
        <w:trPr>
          <w:trHeight w:hRule="exact" w:val="328"/>
        </w:trPr>
        <w:tc>
          <w:tcPr>
            <w:tcW w:w="709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7088C6" w14:textId="0835E5E4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5.3.</w:t>
            </w:r>
          </w:p>
        </w:tc>
        <w:tc>
          <w:tcPr>
            <w:tcW w:w="618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3BE262" w14:textId="16C100B2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883E6" w14:textId="05446E3B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4</w:t>
            </w:r>
          </w:p>
        </w:tc>
        <w:tc>
          <w:tcPr>
            <w:tcW w:w="79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98CE2B" w14:textId="2D457E70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2A29A1" w14:textId="5E106095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2069C" w14:textId="3556226D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785DC602" w14:textId="77777777" w:rsidTr="00504D87">
        <w:trPr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46225" w14:textId="44737176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5.4.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611A4" w14:textId="1BD488BF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Чертёж выкроек швейного изделия. Раскрой швейного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F7F25" w14:textId="438EC8CD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1D7B9D" w14:textId="57BA29E7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1C39AF" w14:textId="1BE65D0F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33129C" w14:textId="6F8CCFA1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7EC860AC" w14:textId="77777777" w:rsidTr="00504D87">
        <w:trPr>
          <w:trHeight w:hRule="exact" w:val="45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5EE89" w14:textId="080642C3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5.5.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CDC8E" w14:textId="733BDC46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1604CE" w14:textId="5A7E546D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C34F24" w14:textId="3B79C220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FFF07" w14:textId="49190803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9B6040" w14:textId="60553261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543F5374" w14:textId="77777777" w:rsidTr="00504D87">
        <w:trPr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446F01" w14:textId="3F7AA488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5.6.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6369FA" w14:textId="5F06C175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 xml:space="preserve">Оценка качества изготовления проектного швейного изделия. Влажно-тепловая обработка швов, готового изделия. </w:t>
            </w: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Защита проекта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59C40" w14:textId="21388D5B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80377" w14:textId="1193AC76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99B942" w14:textId="694BDA85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A41827" w14:textId="1E0B0E3D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Globallab</w:t>
            </w:r>
          </w:p>
        </w:tc>
      </w:tr>
      <w:tr w:rsidR="00775852" w:rsidRPr="00FD40B2" w14:paraId="7DB29A46" w14:textId="77777777" w:rsidTr="00504D87">
        <w:trPr>
          <w:trHeight w:hRule="exact" w:val="328"/>
        </w:trPr>
        <w:tc>
          <w:tcPr>
            <w:tcW w:w="6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1D318D" w14:textId="48B2706A" w:rsidR="00775852" w:rsidRPr="00FD40B2" w:rsidRDefault="00775852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2CC8F" w14:textId="008F738B" w:rsidR="00775852" w:rsidRPr="00FD40B2" w:rsidRDefault="00775852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30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6E57BA" w14:textId="77777777" w:rsidR="00775852" w:rsidRPr="00FD40B2" w:rsidRDefault="00775852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A8DE7" w14:textId="77777777" w:rsidR="00775852" w:rsidRPr="00FD40B2" w:rsidRDefault="00775852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</w:p>
        </w:tc>
      </w:tr>
      <w:tr w:rsidR="00775852" w:rsidRPr="00FD40B2" w14:paraId="625BF63F" w14:textId="77777777" w:rsidTr="00504D87">
        <w:trPr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4AED86" w14:textId="77777777" w:rsidR="00775852" w:rsidRPr="00FD40B2" w:rsidRDefault="00775852" w:rsidP="0077585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93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ED22C6" w14:textId="0189841E" w:rsidR="00775852" w:rsidRPr="00FD40B2" w:rsidRDefault="00775852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</w:rPr>
              <w:t>Модуль 6. Робототехника</w:t>
            </w:r>
          </w:p>
        </w:tc>
      </w:tr>
      <w:tr w:rsidR="006C23DA" w:rsidRPr="00FD40B2" w14:paraId="4E2BCF36" w14:textId="77777777" w:rsidTr="00504D87">
        <w:trPr>
          <w:trHeight w:hRule="exact" w:val="575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8A5AD5" w14:textId="37BFF2C3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6.1.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CB68E8" w14:textId="59D0E47A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Введение в робототехнику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8469B7" w14:textId="3DD9FAA8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87EBA" w14:textId="6E71CCCE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8278F7" w14:textId="1ECAE982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A88B8" w14:textId="696CDEA4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5967278A" w14:textId="77777777" w:rsidTr="00504D87">
        <w:trPr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BFD22A" w14:textId="10A61F2F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6.2.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E5ED6" w14:textId="50070D3D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Алгоритмы и исполнители. Роботы как 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B91FD2" w14:textId="3993BBB8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67A4E" w14:textId="73956486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8ED2F5" w14:textId="453E4AFC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AC4A8" w14:textId="01CF8B61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3722572B" w14:textId="77777777" w:rsidTr="00504D87">
        <w:trPr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D2A02" w14:textId="1222B5F3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6.3.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316F9C" w14:textId="58AAD71D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Основы логики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938830" w14:textId="2D0B47FB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C9571" w14:textId="24D536DC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E0191" w14:textId="22A66520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481A36" w14:textId="64822FE0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0AB28901" w14:textId="77777777" w:rsidTr="00504D87">
        <w:trPr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3636AC" w14:textId="71738781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6.4.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22459D" w14:textId="77777777" w:rsidR="006C23DA" w:rsidRPr="00FD40B2" w:rsidRDefault="006C23DA" w:rsidP="00775852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Роботы как исполнители.</w:t>
            </w:r>
          </w:p>
          <w:p w14:paraId="59DC1CAE" w14:textId="55D58BA6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Простейшие механические роботы-исполнители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4521E4" w14:textId="7C5B43A1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320A23" w14:textId="543E8002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BBA02E" w14:textId="7CC1A4C4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542DA" w14:textId="2BDADD74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5C1DDC31" w14:textId="77777777" w:rsidTr="00504D87">
        <w:trPr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6F89C8" w14:textId="066E7480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6.5.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7FF4E" w14:textId="77777777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Роботы как исполнители.</w:t>
            </w:r>
          </w:p>
          <w:p w14:paraId="12059B8B" w14:textId="548A4500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Простейшие механические роботы-исполнители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2CEDD2" w14:textId="5785FFE5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C98AF" w14:textId="4AB6C770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A541C" w14:textId="610DE5F5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F5006C" w14:textId="6D3BD2C6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05677710" w14:textId="77777777" w:rsidTr="00504D87">
        <w:trPr>
          <w:trHeight w:hRule="exact" w:val="3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D65D6" w14:textId="2B11EFEA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6.6.</w:t>
            </w:r>
          </w:p>
        </w:tc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877DE" w14:textId="6A2DB2C1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Элементная база робототехники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B512C" w14:textId="762F92A4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65D06F" w14:textId="1A199970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FA2F27" w14:textId="63201AE7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EC46DD" w14:textId="61B4F91E" w:rsidR="006C23DA" w:rsidRPr="00FD40B2" w:rsidRDefault="006C23DA" w:rsidP="00775852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</w:tbl>
    <w:p w14:paraId="156F7295" w14:textId="77777777" w:rsidR="00E51644" w:rsidRPr="00FD40B2" w:rsidRDefault="00E51644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16"/>
          <w:szCs w:val="20"/>
          <w:lang w:val="ru-RU"/>
        </w:rPr>
      </w:pPr>
    </w:p>
    <w:p w14:paraId="6F8B7E7D" w14:textId="77777777" w:rsidR="00E51644" w:rsidRPr="00FD40B2" w:rsidRDefault="00E51644">
      <w:pPr>
        <w:rPr>
          <w:rFonts w:ascii="Times New Roman" w:hAnsi="Times New Roman" w:cs="Times New Roman"/>
          <w:sz w:val="16"/>
          <w:szCs w:val="20"/>
          <w:lang w:val="ru-RU"/>
        </w:rPr>
        <w:sectPr w:rsidR="00E51644" w:rsidRPr="00FD40B2">
          <w:pgSz w:w="16840" w:h="11900"/>
          <w:pgMar w:top="282" w:right="640" w:bottom="448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58082BC" w14:textId="77777777" w:rsidR="00E51644" w:rsidRPr="00FD40B2" w:rsidRDefault="00E51644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16"/>
          <w:szCs w:val="20"/>
          <w:lang w:val="ru-RU"/>
        </w:rPr>
      </w:pPr>
    </w:p>
    <w:tbl>
      <w:tblPr>
        <w:tblW w:w="0" w:type="auto"/>
        <w:tblInd w:w="2273" w:type="dxa"/>
        <w:tblLayout w:type="fixed"/>
        <w:tblLook w:val="04A0" w:firstRow="1" w:lastRow="0" w:firstColumn="1" w:lastColumn="0" w:noHBand="0" w:noVBand="1"/>
      </w:tblPr>
      <w:tblGrid>
        <w:gridCol w:w="236"/>
        <w:gridCol w:w="615"/>
        <w:gridCol w:w="6044"/>
        <w:gridCol w:w="528"/>
        <w:gridCol w:w="657"/>
        <w:gridCol w:w="567"/>
        <w:gridCol w:w="1134"/>
      </w:tblGrid>
      <w:tr w:rsidR="0008073F" w:rsidRPr="00FD40B2" w14:paraId="52B456C1" w14:textId="77777777" w:rsidTr="00504D87">
        <w:trPr>
          <w:trHeight w:hRule="exact" w:val="348"/>
        </w:trPr>
        <w:tc>
          <w:tcPr>
            <w:tcW w:w="6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1B7B9" w14:textId="77777777" w:rsidR="0008073F" w:rsidRPr="00FD40B2" w:rsidRDefault="0008073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81FBEA" w14:textId="77777777" w:rsidR="0008073F" w:rsidRPr="00FD40B2" w:rsidRDefault="0008073F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30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0AD8" w14:textId="77777777" w:rsidR="0008073F" w:rsidRPr="00FD40B2" w:rsidRDefault="0008073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A1353" w14:textId="3EF538C1" w:rsidR="0008073F" w:rsidRPr="00FD40B2" w:rsidRDefault="0008073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8073F" w:rsidRPr="00FD40B2" w14:paraId="6B9FE311" w14:textId="77777777" w:rsidTr="00504D87">
        <w:trPr>
          <w:trHeight w:hRule="exact" w:val="34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BB56" w14:textId="77777777" w:rsidR="0008073F" w:rsidRPr="00FD40B2" w:rsidRDefault="0008073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95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7110D6" w14:textId="6A9FEC4A" w:rsidR="0008073F" w:rsidRPr="00FD40B2" w:rsidRDefault="0008073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20"/>
              </w:rPr>
              <w:t>Модуль 6. Робототехника</w:t>
            </w:r>
          </w:p>
        </w:tc>
      </w:tr>
      <w:tr w:rsidR="006C23DA" w:rsidRPr="00FD40B2" w14:paraId="476FF478" w14:textId="77777777" w:rsidTr="00504D87">
        <w:trPr>
          <w:trHeight w:hRule="exact" w:val="34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D6F0CB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6.1.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0920F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Введение в робототехнику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501C18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2ABF9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C2EA0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B56853" w14:textId="5F778DA9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60D54F6E" w14:textId="77777777" w:rsidTr="00504D87">
        <w:trPr>
          <w:trHeight w:hRule="exact" w:val="34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0281E7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6.2.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3E3A62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Алгоритмы и исполнители. Роботы как 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5295AB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44B9AE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942C18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4D12" w14:textId="0DD53AC2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53A78C19" w14:textId="77777777" w:rsidTr="00504D87">
        <w:trPr>
          <w:trHeight w:hRule="exact" w:val="34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550906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6.3.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811C2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Основы логики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DE0C94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56015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93E90E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60BFB7" w14:textId="394EAF08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2F555BD8" w14:textId="77777777" w:rsidTr="00504D87">
        <w:trPr>
          <w:trHeight w:hRule="exact" w:val="54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672E6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6.4.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62B6E6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Роботы как исполнители.</w:t>
            </w:r>
          </w:p>
          <w:p w14:paraId="550F6B1F" w14:textId="77777777" w:rsidR="006C23DA" w:rsidRPr="00FD40B2" w:rsidRDefault="006C23DA">
            <w:pPr>
              <w:autoSpaceDE w:val="0"/>
              <w:autoSpaceDN w:val="0"/>
              <w:spacing w:before="20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Простейшие механические роботы-исполнители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8D6EBC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DE0069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C27503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FEF1F" w14:textId="2A54279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0F34AB8D" w14:textId="77777777" w:rsidTr="00504D87">
        <w:trPr>
          <w:trHeight w:hRule="exact" w:val="54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B1304D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6.5.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6FB13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Роботы как исполнители.</w:t>
            </w:r>
          </w:p>
          <w:p w14:paraId="7B2AE08A" w14:textId="77777777" w:rsidR="006C23DA" w:rsidRPr="00FD40B2" w:rsidRDefault="006C23DA">
            <w:pPr>
              <w:autoSpaceDE w:val="0"/>
              <w:autoSpaceDN w:val="0"/>
              <w:spacing w:before="18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Простейшие механические роботы-исполнители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F509C4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8472F3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AD0D0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96AD8" w14:textId="2C7843B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003C53E9" w14:textId="77777777" w:rsidTr="00504D87">
        <w:trPr>
          <w:trHeight w:hRule="exact" w:val="34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5FF4F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6.6.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4077A7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Элементная база робототехники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3B288B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8F4564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618EC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D6D87F" w14:textId="211C85D4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2521C311" w14:textId="77777777" w:rsidTr="00504D87">
        <w:trPr>
          <w:trHeight w:hRule="exact" w:val="54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BC7F8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6.7.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34306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Роботы: конструирование и управление.</w:t>
            </w:r>
          </w:p>
          <w:p w14:paraId="538EFB72" w14:textId="77777777" w:rsidR="006C23DA" w:rsidRPr="00FD40B2" w:rsidRDefault="006C23DA">
            <w:pPr>
              <w:autoSpaceDE w:val="0"/>
              <w:autoSpaceDN w:val="0"/>
              <w:spacing w:before="18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Механические, электротехнические и робототехнические конструкторы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11C15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AF1909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604C15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5384FD" w14:textId="60B789E3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33A77F8C" w14:textId="77777777" w:rsidTr="00504D87">
        <w:trPr>
          <w:trHeight w:hRule="exact" w:val="54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51EE5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6.8.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F081D" w14:textId="77777777" w:rsidR="006C23DA" w:rsidRPr="00FD40B2" w:rsidRDefault="006C23DA">
            <w:pPr>
              <w:autoSpaceDE w:val="0"/>
              <w:autoSpaceDN w:val="0"/>
              <w:spacing w:before="78" w:after="0" w:line="245" w:lineRule="auto"/>
              <w:ind w:left="72" w:right="5760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 xml:space="preserve">Роботы: конструирование и управление. </w:t>
            </w:r>
            <w:r w:rsidRPr="00FD40B2">
              <w:rPr>
                <w:rFonts w:ascii="Times New Roman" w:hAnsi="Times New Roman" w:cs="Times New Roman"/>
                <w:sz w:val="16"/>
                <w:szCs w:val="20"/>
                <w:lang w:val="ru-RU"/>
              </w:rPr>
              <w:br/>
            </w: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Простые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A720F8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A89B2B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5588A0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675152" w14:textId="1924640F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60B3C7A4" w14:textId="77777777" w:rsidTr="00504D87">
        <w:trPr>
          <w:trHeight w:hRule="exact" w:val="54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D4DFA6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6.9.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4A936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Роботы: конструирование и управление.</w:t>
            </w:r>
          </w:p>
          <w:p w14:paraId="122C6884" w14:textId="77777777" w:rsidR="006C23DA" w:rsidRPr="00FD40B2" w:rsidRDefault="006C23DA">
            <w:pPr>
              <w:autoSpaceDE w:val="0"/>
              <w:autoSpaceDN w:val="0"/>
              <w:spacing w:before="20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Электронные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25902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D7F62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DCD4C1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DAB739" w14:textId="624F1CF8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6B17482E" w14:textId="77777777" w:rsidTr="00504D87">
        <w:trPr>
          <w:trHeight w:hRule="exact" w:val="54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ED8C9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6.10.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CF7AAD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Роботы: конструирование и управление.</w:t>
            </w:r>
          </w:p>
          <w:p w14:paraId="74A208CD" w14:textId="77777777" w:rsidR="006C23DA" w:rsidRPr="00FD40B2" w:rsidRDefault="006C23DA">
            <w:pPr>
              <w:autoSpaceDE w:val="0"/>
              <w:autoSpaceDN w:val="0"/>
              <w:spacing w:before="20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Электронные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88508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542E65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848BCB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F3BFF0" w14:textId="68F7C30F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08073F" w:rsidRPr="00FD40B2" w14:paraId="75E0316E" w14:textId="77777777" w:rsidTr="00504D87">
        <w:trPr>
          <w:trHeight w:hRule="exact" w:val="350"/>
        </w:trPr>
        <w:tc>
          <w:tcPr>
            <w:tcW w:w="6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8FF6C" w14:textId="77777777" w:rsidR="0008073F" w:rsidRPr="00FD40B2" w:rsidRDefault="0008073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BD608" w14:textId="77777777" w:rsidR="0008073F" w:rsidRPr="00FD40B2" w:rsidRDefault="0008073F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B3BB" w14:textId="77777777" w:rsidR="0008073F" w:rsidRPr="00FD40B2" w:rsidRDefault="0008073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3EDE3A" w14:textId="0053125A" w:rsidR="0008073F" w:rsidRPr="00FD40B2" w:rsidRDefault="0008073F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41654B" w:rsidRPr="00FD40B2" w14:paraId="074A7D43" w14:textId="77777777" w:rsidTr="00504D87">
        <w:trPr>
          <w:trHeight w:hRule="exact" w:val="348"/>
        </w:trPr>
        <w:tc>
          <w:tcPr>
            <w:tcW w:w="68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D54B69" w14:textId="77777777" w:rsidR="0041654B" w:rsidRPr="00FD40B2" w:rsidRDefault="0041654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BADE1F" w14:textId="77777777" w:rsidR="0041654B" w:rsidRPr="00FD40B2" w:rsidRDefault="0041654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68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E84972" w14:textId="77777777" w:rsidR="0041654B" w:rsidRPr="00FD40B2" w:rsidRDefault="0041654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4966" w14:textId="5942C6C7" w:rsidR="0041654B" w:rsidRPr="00FD40B2" w:rsidRDefault="0041654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20"/>
              </w:rPr>
              <w:t>43</w:t>
            </w:r>
          </w:p>
        </w:tc>
      </w:tr>
    </w:tbl>
    <w:p w14:paraId="4A2380AB" w14:textId="77777777" w:rsidR="008D6FA7" w:rsidRPr="00FD40B2" w:rsidRDefault="008D6FA7">
      <w:pPr>
        <w:autoSpaceDE w:val="0"/>
        <w:autoSpaceDN w:val="0"/>
        <w:spacing w:before="188" w:after="92" w:line="338" w:lineRule="auto"/>
        <w:ind w:right="14112"/>
        <w:rPr>
          <w:rFonts w:ascii="Times New Roman" w:eastAsia="Times New Roman" w:hAnsi="Times New Roman"/>
          <w:b/>
          <w:color w:val="000000"/>
          <w:sz w:val="14"/>
        </w:rPr>
      </w:pPr>
    </w:p>
    <w:p w14:paraId="19338789" w14:textId="77777777" w:rsidR="008D6FA7" w:rsidRPr="00FD40B2" w:rsidRDefault="008D6FA7">
      <w:pPr>
        <w:autoSpaceDE w:val="0"/>
        <w:autoSpaceDN w:val="0"/>
        <w:spacing w:before="188" w:after="92" w:line="338" w:lineRule="auto"/>
        <w:ind w:right="14112"/>
        <w:rPr>
          <w:rFonts w:ascii="Times New Roman" w:eastAsia="Times New Roman" w:hAnsi="Times New Roman"/>
          <w:b/>
          <w:color w:val="000000"/>
          <w:sz w:val="14"/>
        </w:rPr>
      </w:pPr>
    </w:p>
    <w:p w14:paraId="17A16988" w14:textId="77777777" w:rsidR="00DB3048" w:rsidRPr="00FD40B2" w:rsidRDefault="00DB3048">
      <w:pPr>
        <w:autoSpaceDE w:val="0"/>
        <w:autoSpaceDN w:val="0"/>
        <w:spacing w:before="188" w:after="92" w:line="338" w:lineRule="auto"/>
        <w:ind w:right="14112"/>
        <w:rPr>
          <w:rFonts w:ascii="Times New Roman" w:eastAsia="Times New Roman" w:hAnsi="Times New Roman"/>
          <w:b/>
          <w:color w:val="000000"/>
          <w:sz w:val="14"/>
        </w:rPr>
      </w:pPr>
    </w:p>
    <w:p w14:paraId="6F097DA8" w14:textId="76E59CE0" w:rsidR="00DB3048" w:rsidRPr="00FD40B2" w:rsidRDefault="00DB3048">
      <w:pPr>
        <w:autoSpaceDE w:val="0"/>
        <w:autoSpaceDN w:val="0"/>
        <w:spacing w:before="188" w:after="92" w:line="338" w:lineRule="auto"/>
        <w:ind w:right="14112"/>
        <w:rPr>
          <w:rFonts w:ascii="Times New Roman" w:eastAsia="Times New Roman" w:hAnsi="Times New Roman"/>
          <w:b/>
          <w:color w:val="000000"/>
          <w:sz w:val="14"/>
        </w:rPr>
      </w:pPr>
    </w:p>
    <w:p w14:paraId="61C02D51" w14:textId="249764A7" w:rsidR="00775852" w:rsidRPr="00FD40B2" w:rsidRDefault="00775852">
      <w:pPr>
        <w:autoSpaceDE w:val="0"/>
        <w:autoSpaceDN w:val="0"/>
        <w:spacing w:before="188" w:after="92" w:line="338" w:lineRule="auto"/>
        <w:ind w:right="14112"/>
        <w:rPr>
          <w:rFonts w:ascii="Times New Roman" w:eastAsia="Times New Roman" w:hAnsi="Times New Roman"/>
          <w:b/>
          <w:color w:val="000000"/>
          <w:sz w:val="14"/>
        </w:rPr>
      </w:pPr>
    </w:p>
    <w:p w14:paraId="5EFD278B" w14:textId="30E2E746" w:rsidR="00775852" w:rsidRPr="00FD40B2" w:rsidRDefault="00775852">
      <w:pPr>
        <w:autoSpaceDE w:val="0"/>
        <w:autoSpaceDN w:val="0"/>
        <w:spacing w:before="188" w:after="92" w:line="338" w:lineRule="auto"/>
        <w:ind w:right="14112"/>
        <w:rPr>
          <w:rFonts w:ascii="Times New Roman" w:eastAsia="Times New Roman" w:hAnsi="Times New Roman"/>
          <w:b/>
          <w:color w:val="000000"/>
          <w:sz w:val="14"/>
        </w:rPr>
      </w:pPr>
    </w:p>
    <w:p w14:paraId="0BCF31DD" w14:textId="26B89F10" w:rsidR="00775852" w:rsidRPr="00FD40B2" w:rsidRDefault="00775852">
      <w:pPr>
        <w:autoSpaceDE w:val="0"/>
        <w:autoSpaceDN w:val="0"/>
        <w:spacing w:before="188" w:after="92" w:line="338" w:lineRule="auto"/>
        <w:ind w:right="14112"/>
        <w:rPr>
          <w:rFonts w:ascii="Times New Roman" w:eastAsia="Times New Roman" w:hAnsi="Times New Roman"/>
          <w:b/>
          <w:color w:val="000000"/>
          <w:sz w:val="14"/>
        </w:rPr>
      </w:pPr>
    </w:p>
    <w:p w14:paraId="13BAEFFF" w14:textId="0595D28C" w:rsidR="00775852" w:rsidRPr="00FD40B2" w:rsidRDefault="00775852">
      <w:pPr>
        <w:autoSpaceDE w:val="0"/>
        <w:autoSpaceDN w:val="0"/>
        <w:spacing w:before="188" w:after="92" w:line="338" w:lineRule="auto"/>
        <w:ind w:right="14112"/>
        <w:rPr>
          <w:rFonts w:ascii="Times New Roman" w:eastAsia="Times New Roman" w:hAnsi="Times New Roman"/>
          <w:b/>
          <w:color w:val="000000"/>
          <w:sz w:val="14"/>
        </w:rPr>
      </w:pPr>
    </w:p>
    <w:p w14:paraId="5FBAEE38" w14:textId="77777777" w:rsidR="00775852" w:rsidRPr="00FD40B2" w:rsidRDefault="00775852">
      <w:pPr>
        <w:autoSpaceDE w:val="0"/>
        <w:autoSpaceDN w:val="0"/>
        <w:spacing w:before="188" w:after="92" w:line="338" w:lineRule="auto"/>
        <w:ind w:right="14112"/>
        <w:rPr>
          <w:rFonts w:ascii="Times New Roman" w:eastAsia="Times New Roman" w:hAnsi="Times New Roman"/>
          <w:b/>
          <w:color w:val="000000"/>
          <w:sz w:val="14"/>
        </w:rPr>
      </w:pPr>
    </w:p>
    <w:p w14:paraId="472C42DD" w14:textId="1C32C57F" w:rsidR="00E51644" w:rsidRPr="00504D87" w:rsidRDefault="00504D87" w:rsidP="00504D87">
      <w:pPr>
        <w:autoSpaceDE w:val="0"/>
        <w:autoSpaceDN w:val="0"/>
        <w:spacing w:before="188" w:after="92" w:line="338" w:lineRule="auto"/>
        <w:ind w:right="14112"/>
        <w:jc w:val="right"/>
        <w:rPr>
          <w:sz w:val="18"/>
          <w:lang w:val="ru-RU"/>
        </w:rPr>
      </w:pPr>
      <w:r>
        <w:rPr>
          <w:rFonts w:ascii="Times New Roman" w:eastAsia="Times New Roman" w:hAnsi="Times New Roman"/>
          <w:b/>
          <w:color w:val="000000"/>
          <w:sz w:val="14"/>
          <w:lang w:val="ru-RU"/>
        </w:rPr>
        <w:lastRenderedPageBreak/>
        <w:t xml:space="preserve">                     </w:t>
      </w:r>
      <w:r>
        <w:rPr>
          <w:rFonts w:ascii="Times New Roman" w:eastAsia="Times New Roman" w:hAnsi="Times New Roman"/>
          <w:b/>
          <w:color w:val="000000"/>
          <w:sz w:val="14"/>
        </w:rPr>
        <w:t>6 КЛАСС</w:t>
      </w:r>
      <w:r>
        <w:rPr>
          <w:rFonts w:ascii="Times New Roman" w:eastAsia="Times New Roman" w:hAnsi="Times New Roman"/>
          <w:b/>
          <w:color w:val="000000"/>
          <w:sz w:val="14"/>
          <w:lang w:val="ru-RU"/>
        </w:rPr>
        <w:t xml:space="preserve">                                                                                          </w:t>
      </w:r>
    </w:p>
    <w:tbl>
      <w:tblPr>
        <w:tblW w:w="0" w:type="auto"/>
        <w:tblInd w:w="2273" w:type="dxa"/>
        <w:tblLayout w:type="fixed"/>
        <w:tblLook w:val="04A0" w:firstRow="1" w:lastRow="0" w:firstColumn="1" w:lastColumn="0" w:noHBand="0" w:noVBand="1"/>
      </w:tblPr>
      <w:tblGrid>
        <w:gridCol w:w="236"/>
        <w:gridCol w:w="615"/>
        <w:gridCol w:w="4914"/>
        <w:gridCol w:w="528"/>
        <w:gridCol w:w="1078"/>
        <w:gridCol w:w="1276"/>
        <w:gridCol w:w="1418"/>
      </w:tblGrid>
      <w:tr w:rsidR="006C23DA" w:rsidRPr="00FD40B2" w14:paraId="3BB39D82" w14:textId="77777777" w:rsidTr="00504D87">
        <w:trPr>
          <w:trHeight w:hRule="exact" w:val="348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DEB29" w14:textId="77777777" w:rsidR="006C23DA" w:rsidRPr="00FD40B2" w:rsidRDefault="006C23DA">
            <w:pPr>
              <w:autoSpaceDE w:val="0"/>
              <w:autoSpaceDN w:val="0"/>
              <w:spacing w:before="78" w:after="0" w:line="245" w:lineRule="auto"/>
              <w:ind w:right="144"/>
              <w:jc w:val="center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</w:rPr>
              <w:t>№</w:t>
            </w:r>
            <w:r w:rsidRPr="00FD40B2">
              <w:rPr>
                <w:szCs w:val="28"/>
              </w:rPr>
              <w:br/>
            </w: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</w:rPr>
              <w:t>п/п</w:t>
            </w:r>
          </w:p>
        </w:tc>
        <w:tc>
          <w:tcPr>
            <w:tcW w:w="4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33354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  <w:lang w:val="ru-RU"/>
              </w:rPr>
              <w:t>Наименование разделов и тем программы</w:t>
            </w:r>
          </w:p>
        </w:tc>
        <w:tc>
          <w:tcPr>
            <w:tcW w:w="28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4D02B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ind w:left="7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42D35E" w14:textId="52730158" w:rsidR="006C23DA" w:rsidRPr="00FD40B2" w:rsidRDefault="006C23D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</w:rPr>
              <w:t>Электронные (цифровые) образовательные ресурсы</w:t>
            </w:r>
          </w:p>
        </w:tc>
      </w:tr>
      <w:tr w:rsidR="006C23DA" w:rsidRPr="00FD40B2" w14:paraId="311A476B" w14:textId="77777777" w:rsidTr="00504D87">
        <w:trPr>
          <w:trHeight w:hRule="exact" w:val="936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E4E54" w14:textId="77777777" w:rsidR="006C23DA" w:rsidRPr="00FD40B2" w:rsidRDefault="006C23DA">
            <w:pPr>
              <w:rPr>
                <w:szCs w:val="28"/>
              </w:rPr>
            </w:pPr>
          </w:p>
        </w:tc>
        <w:tc>
          <w:tcPr>
            <w:tcW w:w="4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FDF01" w14:textId="77777777" w:rsidR="006C23DA" w:rsidRPr="00FD40B2" w:rsidRDefault="006C23DA">
            <w:pPr>
              <w:rPr>
                <w:szCs w:val="28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1B182F" w14:textId="77777777" w:rsidR="006C23DA" w:rsidRPr="00FD40B2" w:rsidRDefault="006C23DA">
            <w:pPr>
              <w:autoSpaceDE w:val="0"/>
              <w:autoSpaceDN w:val="0"/>
              <w:spacing w:before="78" w:after="0" w:line="230" w:lineRule="auto"/>
              <w:jc w:val="center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</w:rPr>
              <w:t>всего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7B8F59" w14:textId="77777777" w:rsidR="006C23DA" w:rsidRPr="00FD40B2" w:rsidRDefault="006C23DA">
            <w:pPr>
              <w:autoSpaceDE w:val="0"/>
              <w:autoSpaceDN w:val="0"/>
              <w:spacing w:before="78" w:after="0" w:line="245" w:lineRule="auto"/>
              <w:ind w:left="74" w:right="43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374616" w14:textId="77777777" w:rsidR="006C23DA" w:rsidRPr="00FD40B2" w:rsidRDefault="006C23DA">
            <w:pPr>
              <w:autoSpaceDE w:val="0"/>
              <w:autoSpaceDN w:val="0"/>
              <w:spacing w:before="78" w:after="0" w:line="245" w:lineRule="auto"/>
              <w:ind w:left="72" w:right="43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8A477" w14:textId="32AF9401" w:rsidR="006C23DA" w:rsidRPr="00FD40B2" w:rsidRDefault="006C23DA">
            <w:pPr>
              <w:rPr>
                <w:szCs w:val="28"/>
              </w:rPr>
            </w:pPr>
          </w:p>
        </w:tc>
      </w:tr>
      <w:tr w:rsidR="0041654B" w:rsidRPr="00FD40B2" w14:paraId="27597DAB" w14:textId="77777777" w:rsidTr="00504D87">
        <w:trPr>
          <w:trHeight w:hRule="exact" w:val="34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1886" w14:textId="77777777" w:rsidR="0041654B" w:rsidRPr="00FD40B2" w:rsidRDefault="0041654B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</w:rPr>
            </w:pPr>
          </w:p>
        </w:tc>
        <w:tc>
          <w:tcPr>
            <w:tcW w:w="9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3293B5" w14:textId="32604DEC" w:rsidR="0041654B" w:rsidRPr="00FD40B2" w:rsidRDefault="0041654B">
            <w:pPr>
              <w:autoSpaceDE w:val="0"/>
              <w:autoSpaceDN w:val="0"/>
              <w:spacing w:before="76" w:after="0" w:line="233" w:lineRule="auto"/>
              <w:ind w:left="7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</w:rPr>
              <w:t>Модуль 1. Производство и технологии</w:t>
            </w:r>
          </w:p>
        </w:tc>
      </w:tr>
      <w:tr w:rsidR="006C23DA" w:rsidRPr="00FD40B2" w14:paraId="10D6180B" w14:textId="77777777" w:rsidTr="00504D87">
        <w:trPr>
          <w:trHeight w:hRule="exact" w:val="34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36C6B7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1.1.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7219CB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Модели и моделирование. Модели технических устройств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546D3E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EFBDF6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4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57696C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43304" w14:textId="39AB929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4CC62BF6" w14:textId="77777777" w:rsidTr="00504D87">
        <w:trPr>
          <w:trHeight w:hRule="exact" w:val="34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650D94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1.2.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C6A75B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Машины и механизмы. Кинематические схемы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F1791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7DECF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4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FB6978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09D1E6" w14:textId="189B7563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11E44B9D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15A2D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jc w:val="center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1.3.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3D5A13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Техническое конструирование. Конструкторская документация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549B1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D8ED62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4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179987" w14:textId="77777777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98A1C" w14:textId="6D76FC20" w:rsidR="006C23DA" w:rsidRPr="00FD40B2" w:rsidRDefault="006C23DA">
            <w:pPr>
              <w:autoSpaceDE w:val="0"/>
              <w:autoSpaceDN w:val="0"/>
              <w:spacing w:before="76" w:after="0" w:line="233" w:lineRule="auto"/>
              <w:ind w:left="72"/>
              <w:rPr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1FB43D80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2B60AB" w14:textId="77777777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1.4.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84AE7" w14:textId="77777777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Информационные технологии. Перспективные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E3E08" w14:textId="77777777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EA8FF" w14:textId="77777777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1634A5" w14:textId="77777777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EA171" w14:textId="606BB226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41654B" w:rsidRPr="00FD40B2" w14:paraId="38709F4F" w14:textId="77777777" w:rsidTr="00504D87">
        <w:trPr>
          <w:trHeight w:hRule="exact" w:val="328"/>
        </w:trPr>
        <w:tc>
          <w:tcPr>
            <w:tcW w:w="5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04505" w14:textId="31B5027D" w:rsidR="0041654B" w:rsidRPr="00FD40B2" w:rsidRDefault="0041654B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4A81B" w14:textId="64A8633E" w:rsidR="0041654B" w:rsidRPr="00FD40B2" w:rsidRDefault="0041654B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2529" w14:textId="77777777" w:rsidR="0041654B" w:rsidRPr="00FD40B2" w:rsidRDefault="0041654B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D29FD" w14:textId="3634EFD9" w:rsidR="0041654B" w:rsidRPr="00FD40B2" w:rsidRDefault="0041654B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</w:p>
        </w:tc>
      </w:tr>
      <w:tr w:rsidR="0041654B" w:rsidRPr="00FD40B2" w14:paraId="1371634B" w14:textId="77777777" w:rsidTr="00504D87">
        <w:trPr>
          <w:trHeight w:hRule="exact" w:val="32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752F" w14:textId="77777777" w:rsidR="0041654B" w:rsidRPr="00FD40B2" w:rsidRDefault="0041654B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</w:rPr>
            </w:pPr>
          </w:p>
        </w:tc>
        <w:tc>
          <w:tcPr>
            <w:tcW w:w="9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217423" w14:textId="29B85AC1" w:rsidR="0041654B" w:rsidRPr="00FD40B2" w:rsidRDefault="0041654B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</w:rPr>
              <w:t>Модуль 2. Компьютерная графика. Черчение</w:t>
            </w:r>
          </w:p>
        </w:tc>
      </w:tr>
      <w:tr w:rsidR="006C23DA" w:rsidRPr="00FD40B2" w14:paraId="219BF74A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3F69E3" w14:textId="731F6212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2.1.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E1344" w14:textId="160239CA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Чертежи, чертёжные инструменты и приспособления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C5DD77" w14:textId="6E6FA790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DD5D4" w14:textId="4C7C2D75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90F750" w14:textId="52E8BBF1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C94F9" w14:textId="2E624219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0E5735E4" w14:textId="77777777" w:rsidTr="00504D87">
        <w:trPr>
          <w:trHeight w:hRule="exact" w:val="384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50B80" w14:textId="31BAEC18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2.2.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706F7" w14:textId="6B0025F0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Компьютерная графика. Графический редактор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306ED" w14:textId="7FBC647D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D79BA" w14:textId="79681CCC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3C749" w14:textId="2A25B506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F118F4" w14:textId="1A709BDE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50B0CC4A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61C08" w14:textId="6E8F9F1D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2.3.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9E5A04" w14:textId="16D803EA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Инструменты графического редактора. Создание эскиза в графическом редакторе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F00FA3" w14:textId="781ADC88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94C54B" w14:textId="398B33E9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61A95D" w14:textId="2C5337B4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B0378" w14:textId="5798865B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323DD52C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A498D4" w14:textId="26DC2A1A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2.4.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87CA91" w14:textId="6747DF7D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Инструменты графического редактора. Создание печатной продукции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72F670" w14:textId="4B55B984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6517C0" w14:textId="32BAE781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D249F" w14:textId="474FFE94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2DBFA" w14:textId="40133223" w:rsidR="006C23DA" w:rsidRPr="00FD40B2" w:rsidRDefault="006C23DA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41654B" w:rsidRPr="00FD40B2" w14:paraId="1EE93809" w14:textId="77777777" w:rsidTr="00504D87">
        <w:trPr>
          <w:trHeight w:hRule="exact" w:val="328"/>
        </w:trPr>
        <w:tc>
          <w:tcPr>
            <w:tcW w:w="5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DEE358" w14:textId="6E62D2A1" w:rsidR="0041654B" w:rsidRPr="00FD40B2" w:rsidRDefault="0041654B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C498DB" w14:textId="1385C07F" w:rsidR="0041654B" w:rsidRPr="00FD40B2" w:rsidRDefault="0041654B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140F" w14:textId="77777777" w:rsidR="0041654B" w:rsidRPr="00FD40B2" w:rsidRDefault="0041654B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F5E89A" w14:textId="6A1B896D" w:rsidR="0041654B" w:rsidRPr="00FD40B2" w:rsidRDefault="0041654B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</w:pPr>
          </w:p>
        </w:tc>
      </w:tr>
      <w:tr w:rsidR="0041654B" w:rsidRPr="00524B0F" w14:paraId="163EC90D" w14:textId="77777777" w:rsidTr="00504D87">
        <w:trPr>
          <w:trHeight w:hRule="exact" w:val="32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B6AD" w14:textId="77777777" w:rsidR="0041654B" w:rsidRPr="00FD40B2" w:rsidRDefault="0041654B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32"/>
                <w:lang w:val="ru-RU"/>
              </w:rPr>
            </w:pPr>
          </w:p>
        </w:tc>
        <w:tc>
          <w:tcPr>
            <w:tcW w:w="9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E7F8C1" w14:textId="293247C9" w:rsidR="0041654B" w:rsidRPr="00FD40B2" w:rsidRDefault="0041654B" w:rsidP="008D6FA7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8"/>
                <w:szCs w:val="32"/>
                <w:lang w:val="ru-RU"/>
              </w:rPr>
              <w:t>Модуль 3. Технологии обработки материалов и пищевых продуктов: Технологии обработки конструкционных материалов</w:t>
            </w:r>
          </w:p>
        </w:tc>
      </w:tr>
      <w:tr w:rsidR="006C23DA" w:rsidRPr="00FD40B2" w14:paraId="0588C95E" w14:textId="77777777" w:rsidTr="00504D87">
        <w:trPr>
          <w:trHeight w:hRule="exact" w:val="67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71BBB2" w14:textId="548553B5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3.1.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A4E51" w14:textId="19E91B47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Металлы. Получение, свойства металлов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B4B2C" w14:textId="1EC82213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0.5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FB759" w14:textId="7ECFFDFA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97514" w14:textId="0C4F602D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5D2607" w14:textId="4884B75B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6479085E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665735" w14:textId="3915133D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3.2.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C5528" w14:textId="788FD603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BD59F" w14:textId="41121C8A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0.5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CEF26D" w14:textId="6EDD9FE3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72C3F" w14:textId="474BCBCA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92EE6" w14:textId="55E9CB36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6E4F9F6A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AA8CD" w14:textId="437910DD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3.3.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4A9C09" w14:textId="1688C8E0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Технологии изготовления изделий. Операции: резание, гибка тонколистового металла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50DDC2" w14:textId="188F0402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0.5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58492D" w14:textId="419970E8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FBF3D4" w14:textId="368D4641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C5D381" w14:textId="10B8D825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6041308B" w14:textId="77777777" w:rsidTr="00504D87">
        <w:trPr>
          <w:trHeight w:hRule="exact" w:val="47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38E214" w14:textId="26B357B2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3.4.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45EB77" w14:textId="493814EA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Технология получения отверстий в заготовках из металлов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6F1AC" w14:textId="07873944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0.5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22B3A" w14:textId="69AC9A86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511E72" w14:textId="1DB1090F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9D51B" w14:textId="6A023FFC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4AEB72BE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3D48C2" w14:textId="627FCD26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3.5.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1CEFAE" w14:textId="5BEE03E5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Технология сборки изделий из тонколистового металла, проволоки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239856" w14:textId="551840E8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0.5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9808F0" w14:textId="1E7EE085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BB608" w14:textId="047818CD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A31863" w14:textId="6838036C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40981B7B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D989FF" w14:textId="7D46D0B1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3.6.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FBC3A" w14:textId="20C10AD1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Качество изделия. Контроль и оценка качества изделий из металла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4C693" w14:textId="28C8B8C9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0.5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2D682" w14:textId="3765CE16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DC22A7" w14:textId="579FFE61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2A29F2" w14:textId="34648E0D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70AEBE47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3EB0A4" w14:textId="71A29864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3.7.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0B6848" w14:textId="05BD35A9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Профессии, связанные с производством и обработкой металлов. Защита проекта «Изделие из металла»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C70CA" w14:textId="46C0354A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6FDF09" w14:textId="56C927C1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CC143F" w14:textId="7E070913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15C4D" w14:textId="71F052DD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41654B" w:rsidRPr="00FD40B2" w14:paraId="2C051182" w14:textId="77777777" w:rsidTr="00504D87">
        <w:trPr>
          <w:trHeight w:hRule="exact" w:val="328"/>
        </w:trPr>
        <w:tc>
          <w:tcPr>
            <w:tcW w:w="5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B8F83" w14:textId="7EF74857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0D941F" w14:textId="2FFD37B5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EC243" w14:textId="77777777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C2E62D" w14:textId="61ABEAE2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</w:p>
        </w:tc>
      </w:tr>
      <w:tr w:rsidR="0041654B" w:rsidRPr="00524B0F" w14:paraId="3F39D932" w14:textId="77777777" w:rsidTr="00504D87">
        <w:trPr>
          <w:trHeight w:hRule="exact" w:val="32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61F7" w14:textId="77777777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  <w:lang w:val="ru-RU"/>
              </w:rPr>
            </w:pPr>
          </w:p>
        </w:tc>
        <w:tc>
          <w:tcPr>
            <w:tcW w:w="9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79C2FB" w14:textId="1D4F35DF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  <w:lang w:val="ru-RU"/>
              </w:rPr>
              <w:t>Модуль 4. Технологии обработки материалов и пищевых продуктов: Технологии обработки пищевых продуктов</w:t>
            </w:r>
          </w:p>
        </w:tc>
      </w:tr>
      <w:tr w:rsidR="006C23DA" w:rsidRPr="00FD40B2" w14:paraId="0AB973F6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F41780" w14:textId="7A376458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4.1.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628D3" w14:textId="3A116B12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Основы рационального питания: молоко и мо- лочные продукты в питании; тесто, виды теста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8D749" w14:textId="494568FB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F7D191" w14:textId="06D93E0D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2F9242" w14:textId="572E3C88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AE9D6" w14:textId="5C04EBD0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LearningApps</w:t>
            </w:r>
          </w:p>
        </w:tc>
      </w:tr>
      <w:tr w:rsidR="006C23DA" w:rsidRPr="00FD40B2" w14:paraId="17B5D1CE" w14:textId="77777777" w:rsidTr="00504D87">
        <w:trPr>
          <w:trHeight w:hRule="exact" w:val="640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962853" w14:textId="40BA1415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lastRenderedPageBreak/>
              <w:t>4.2.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59D2B" w14:textId="3DA13CCD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Технологии приготовления блюд из молока и молочных продуктов. Технологии приготовления разных видов теста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BB611D" w14:textId="6DA64FC6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972D2" w14:textId="204F4DD3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6C199" w14:textId="1D696AE6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3DE639" w14:textId="3BC02EBD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66F7CAB7" w14:textId="77777777" w:rsidTr="00504D87">
        <w:trPr>
          <w:trHeight w:hRule="exact" w:val="706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C95BE8" w14:textId="0136486E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4.3.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D79AB1" w14:textId="1A85514C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Профессии кондитер, хлебопёк. Защита проекта по теме «Технологии обработки пищевых продуктов»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62FC0" w14:textId="078C7FF8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729C1D" w14:textId="34160448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BC354" w14:textId="4BAEFC4F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E1293C" w14:textId="2FD3C413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Globallab</w:t>
            </w:r>
          </w:p>
        </w:tc>
      </w:tr>
      <w:tr w:rsidR="0041654B" w:rsidRPr="00FD40B2" w14:paraId="10C56B5D" w14:textId="77777777" w:rsidTr="00504D87">
        <w:trPr>
          <w:trHeight w:hRule="exact" w:val="328"/>
        </w:trPr>
        <w:tc>
          <w:tcPr>
            <w:tcW w:w="5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DA317" w14:textId="58E82822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6758E" w14:textId="25910445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12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25A6" w14:textId="77777777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F1D6AD" w14:textId="64112667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</w:p>
        </w:tc>
      </w:tr>
      <w:tr w:rsidR="0041654B" w:rsidRPr="00524B0F" w14:paraId="4E0969BF" w14:textId="77777777" w:rsidTr="00504D87">
        <w:trPr>
          <w:trHeight w:hRule="exact" w:val="32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F4B4" w14:textId="77777777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  <w:lang w:val="ru-RU"/>
              </w:rPr>
            </w:pPr>
          </w:p>
        </w:tc>
        <w:tc>
          <w:tcPr>
            <w:tcW w:w="9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84B466" w14:textId="3DDFF7D1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  <w:lang w:val="ru-RU"/>
              </w:rPr>
              <w:t>Модуль 5. Технологии обработки материалов и пищевых продуктов: Технологии обработки текстильных материалов</w:t>
            </w:r>
          </w:p>
        </w:tc>
      </w:tr>
      <w:tr w:rsidR="006C23DA" w:rsidRPr="00FD40B2" w14:paraId="38B58ED5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F9F3FD" w14:textId="5B3533E5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5.1.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12037B" w14:textId="2314AE23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Одежда. Мода и стиль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1C65F7" w14:textId="6B69354D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809E3A" w14:textId="3E2EBAD7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430DAF" w14:textId="21C2AB4A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70BAA9" w14:textId="41E27249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4732A598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C97BAF" w14:textId="4D33792B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5.2.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ACD0D" w14:textId="4ABC3333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B95BD1" w14:textId="3104F76E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43092" w14:textId="269510E0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85476" w14:textId="3FB53A04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5D23C9" w14:textId="70886C69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LearningApps</w:t>
            </w:r>
          </w:p>
        </w:tc>
      </w:tr>
      <w:tr w:rsidR="006C23DA" w:rsidRPr="00FD40B2" w14:paraId="69312475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11C228" w14:textId="047A07D0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5.3.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523C58" w14:textId="588A586E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Машинные швы. Регуляторы швейной машины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1BE35" w14:textId="4E6F51B2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4AC09D" w14:textId="1F9DFC6C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CBF3D7" w14:textId="0AE97E26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670C6" w14:textId="5F98DCA9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6940D612" w14:textId="77777777" w:rsidTr="00504D87">
        <w:trPr>
          <w:trHeight w:hRule="exact" w:val="35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039A6" w14:textId="224C0D40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5.4.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504B41" w14:textId="5AA51EEC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3CE10" w14:textId="0BA0394D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16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E5004C" w14:textId="1CC2F23A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93E32" w14:textId="7DD357D5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3F527" w14:textId="32AAE698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4C866337" w14:textId="77777777" w:rsidTr="00504D87">
        <w:trPr>
          <w:trHeight w:hRule="exact" w:val="32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34767" w14:textId="6249DF63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5.5.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71DED" w14:textId="470BBD38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Декоративная отделка швейных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3C8F8" w14:textId="2866E889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4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B18A98" w14:textId="0EF3856C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1EA68C" w14:textId="2F5235CF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E82955" w14:textId="4FE2F89C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РЭШ</w:t>
            </w:r>
          </w:p>
        </w:tc>
      </w:tr>
      <w:tr w:rsidR="006C23DA" w:rsidRPr="00FD40B2" w14:paraId="33FCA687" w14:textId="77777777" w:rsidTr="00504D87">
        <w:trPr>
          <w:trHeight w:hRule="exact" w:val="521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308FB" w14:textId="600A19B6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5.6.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EC6098" w14:textId="7E8933E7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  <w:t xml:space="preserve">Оценка качества проектного швейного изделия. </w:t>
            </w: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Защита проекта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429822" w14:textId="70992E7C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D3464A" w14:textId="3F9937C5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C5B1F" w14:textId="73FD499E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80B717" w14:textId="2CA7C0F1" w:rsidR="006C23DA" w:rsidRPr="00FD40B2" w:rsidRDefault="006C23DA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</w:rPr>
              <w:t>Globallab</w:t>
            </w:r>
          </w:p>
        </w:tc>
      </w:tr>
      <w:tr w:rsidR="0041654B" w:rsidRPr="00FD40B2" w14:paraId="13DFEB85" w14:textId="77777777" w:rsidTr="00504D87">
        <w:trPr>
          <w:trHeight w:hRule="exact" w:val="328"/>
        </w:trPr>
        <w:tc>
          <w:tcPr>
            <w:tcW w:w="5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12019" w14:textId="0353AFEF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3925E3" w14:textId="236FE81D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30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A9E76" w14:textId="77777777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9024C8" w14:textId="65EECC90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</w:p>
        </w:tc>
      </w:tr>
      <w:tr w:rsidR="0041654B" w:rsidRPr="00FD40B2" w14:paraId="674E83E7" w14:textId="77777777" w:rsidTr="00504D87">
        <w:trPr>
          <w:trHeight w:hRule="exact" w:val="328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E8DD" w14:textId="77777777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</w:rPr>
            </w:pPr>
          </w:p>
        </w:tc>
        <w:tc>
          <w:tcPr>
            <w:tcW w:w="9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5E7F81" w14:textId="1F0DC8CB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8"/>
              </w:rPr>
              <w:t>Модуль 6. Робототехника</w:t>
            </w:r>
          </w:p>
        </w:tc>
      </w:tr>
      <w:tr w:rsidR="006C23DA" w:rsidRPr="00FD40B2" w14:paraId="7CDAB4FF" w14:textId="77777777" w:rsidTr="00504D87">
        <w:trPr>
          <w:trHeight w:hRule="exact" w:val="622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66117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6.1.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07AB5E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Классификация роботов. Транспортные роботы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5D9F1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C6AD26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4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ED3FEF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A5EFD" w14:textId="2BDE4D50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72596D78" w14:textId="77777777" w:rsidTr="00504D87">
        <w:trPr>
          <w:trHeight w:hRule="exact" w:val="34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5E9777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6.2.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E5A1BF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Роботы: конструирование и управление. Простые модели с элементами управления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7AFD6B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8D453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4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D667EB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5D6E33" w14:textId="24F832A1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30FDD33F" w14:textId="77777777" w:rsidTr="00504D87">
        <w:trPr>
          <w:trHeight w:hRule="exact" w:val="34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997B7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6.3.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CE42E4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Алгоритмы и исполнители. Роботы как 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8DE9A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B06F24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4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A4B6EE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AB63B" w14:textId="0273E9F9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14F79513" w14:textId="77777777" w:rsidTr="00504D87">
        <w:trPr>
          <w:trHeight w:hRule="exact" w:val="34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9DDB40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6.4.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F0E50B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F92B6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FC4767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4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4C1ADA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AEEE45" w14:textId="3FEBA9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58D08A1B" w14:textId="77777777" w:rsidTr="00504D87">
        <w:trPr>
          <w:trHeight w:hRule="exact" w:val="350"/>
        </w:trPr>
        <w:tc>
          <w:tcPr>
            <w:tcW w:w="85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1EC2BB" w14:textId="77777777" w:rsidR="006C23DA" w:rsidRPr="00FD40B2" w:rsidRDefault="006C23DA" w:rsidP="00DB409C">
            <w:pPr>
              <w:autoSpaceDE w:val="0"/>
              <w:autoSpaceDN w:val="0"/>
              <w:spacing w:before="76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6.5.</w:t>
            </w:r>
          </w:p>
        </w:tc>
        <w:tc>
          <w:tcPr>
            <w:tcW w:w="491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216F0E" w14:textId="77777777" w:rsidR="006C23DA" w:rsidRPr="00FD40B2" w:rsidRDefault="006C23DA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E2DF3" w14:textId="77777777" w:rsidR="006C23DA" w:rsidRPr="00FD40B2" w:rsidRDefault="006C23DA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0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259027" w14:textId="77777777" w:rsidR="006C23DA" w:rsidRPr="00FD40B2" w:rsidRDefault="006C23DA" w:rsidP="00DB409C">
            <w:pPr>
              <w:autoSpaceDE w:val="0"/>
              <w:autoSpaceDN w:val="0"/>
              <w:spacing w:before="76" w:after="0" w:line="230" w:lineRule="auto"/>
              <w:ind w:left="74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180FF2" w14:textId="77777777" w:rsidR="006C23DA" w:rsidRPr="00FD40B2" w:rsidRDefault="006C23DA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88059" w14:textId="446C3A30" w:rsidR="006C23DA" w:rsidRPr="00FD40B2" w:rsidRDefault="006C23DA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38511014" w14:textId="77777777" w:rsidTr="00504D87">
        <w:trPr>
          <w:trHeight w:hRule="exact" w:val="34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F1B5A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6.6.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D93AF7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7E574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EA772C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4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A9945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06AE14" w14:textId="505723C4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2C8B879F" w14:textId="77777777" w:rsidTr="00504D87">
        <w:trPr>
          <w:trHeight w:hRule="exact" w:val="34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E2AECD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6.7.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58B8A7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Движение модели транспортного робота. Программирование робота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B0B1C4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0708B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4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0A2AC9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1833E4" w14:textId="465E6DAC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7B4EC4F4" w14:textId="77777777" w:rsidTr="00504D87">
        <w:trPr>
          <w:trHeight w:hRule="exact" w:val="34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EB7C6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6.8.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3D1F0B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Движение модели транспортного робота. Программирование робота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DCA311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89440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4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C2342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B163CF" w14:textId="7FC57C91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6C23DA" w:rsidRPr="00FD40B2" w14:paraId="214B55A6" w14:textId="77777777" w:rsidTr="00504D87">
        <w:trPr>
          <w:trHeight w:hRule="exact" w:val="34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E6ACCB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6.9.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7FADCF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Основы проектной деятельности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B8B4E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C1683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4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D87DFF" w14:textId="77777777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69ABE" w14:textId="420DCB62" w:rsidR="006C23DA" w:rsidRPr="00FD40B2" w:rsidRDefault="006C23DA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Globallab</w:t>
            </w:r>
          </w:p>
        </w:tc>
      </w:tr>
      <w:tr w:rsidR="006C23DA" w:rsidRPr="00FD40B2" w14:paraId="5094554F" w14:textId="77777777" w:rsidTr="00504D87">
        <w:trPr>
          <w:trHeight w:hRule="exact" w:val="34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2186FC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6.10.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46EE7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Испытание модели робота. Защита проекта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5F6956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8E4C8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4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D8CA5" w14:textId="77777777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19746D" w14:textId="0B2508DB" w:rsidR="006C23DA" w:rsidRPr="00FD40B2" w:rsidRDefault="006C23DA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Globallab</w:t>
            </w:r>
          </w:p>
        </w:tc>
      </w:tr>
      <w:tr w:rsidR="0041654B" w:rsidRPr="00FD40B2" w14:paraId="649E0CF1" w14:textId="77777777" w:rsidTr="00504D87">
        <w:trPr>
          <w:trHeight w:hRule="exact" w:val="397"/>
        </w:trPr>
        <w:tc>
          <w:tcPr>
            <w:tcW w:w="5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B0718E" w14:textId="3BE65264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13493" w14:textId="0DF38C2A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6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1296" w14:textId="77777777" w:rsidR="0041654B" w:rsidRPr="00FD40B2" w:rsidRDefault="0041654B" w:rsidP="004608F1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C0FC5A" w14:textId="4BDD9D9B" w:rsidR="0041654B" w:rsidRPr="00FD40B2" w:rsidRDefault="0041654B" w:rsidP="006C23DA">
            <w:pPr>
              <w:autoSpaceDE w:val="0"/>
              <w:autoSpaceDN w:val="0"/>
              <w:spacing w:before="76" w:after="0" w:line="233" w:lineRule="auto"/>
              <w:rPr>
                <w:rFonts w:ascii="Times New Roman" w:eastAsia="Times New Roman" w:hAnsi="Times New Roman"/>
                <w:color w:val="000000"/>
                <w:w w:val="97"/>
                <w:sz w:val="16"/>
                <w:szCs w:val="28"/>
                <w:lang w:val="ru-RU"/>
              </w:rPr>
            </w:pPr>
          </w:p>
        </w:tc>
      </w:tr>
      <w:tr w:rsidR="0041654B" w:rsidRPr="00FD40B2" w14:paraId="3F51AD6E" w14:textId="77777777" w:rsidTr="00504D87">
        <w:trPr>
          <w:trHeight w:hRule="exact" w:val="328"/>
        </w:trPr>
        <w:tc>
          <w:tcPr>
            <w:tcW w:w="5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2D8E6" w14:textId="56F61621" w:rsidR="0041654B" w:rsidRPr="00FD40B2" w:rsidRDefault="0041654B" w:rsidP="00DB304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7B65C" w14:textId="39BBC1E3" w:rsidR="0041654B" w:rsidRPr="00FD40B2" w:rsidRDefault="0041654B" w:rsidP="00DB304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68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BDA36" w14:textId="7309E965" w:rsidR="0041654B" w:rsidRPr="00FD40B2" w:rsidRDefault="0041654B" w:rsidP="00DB3048">
            <w:pPr>
              <w:autoSpaceDE w:val="0"/>
              <w:autoSpaceDN w:val="0"/>
              <w:spacing w:before="76" w:after="0" w:line="233" w:lineRule="auto"/>
              <w:ind w:left="74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27F13" w14:textId="2179BEB7" w:rsidR="0041654B" w:rsidRPr="00FD40B2" w:rsidRDefault="0041654B" w:rsidP="00DB304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41</w:t>
            </w:r>
          </w:p>
        </w:tc>
      </w:tr>
    </w:tbl>
    <w:p w14:paraId="6549BF56" w14:textId="77777777" w:rsidR="00E51644" w:rsidRPr="00FD40B2" w:rsidRDefault="00E51644">
      <w:pPr>
        <w:rPr>
          <w:sz w:val="18"/>
          <w:lang w:val="ru-RU"/>
        </w:rPr>
        <w:sectPr w:rsidR="00E51644" w:rsidRPr="00FD40B2">
          <w:pgSz w:w="16840" w:h="11900"/>
          <w:pgMar w:top="284" w:right="640" w:bottom="448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0F0C27EE" w14:textId="77D9B381" w:rsidR="0041654B" w:rsidRPr="00FD40B2" w:rsidRDefault="0041654B" w:rsidP="0041654B">
      <w:pPr>
        <w:autoSpaceDE w:val="0"/>
        <w:autoSpaceDN w:val="0"/>
        <w:spacing w:before="188" w:after="94" w:line="338" w:lineRule="auto"/>
        <w:ind w:right="14112"/>
        <w:rPr>
          <w:sz w:val="18"/>
        </w:rPr>
      </w:pPr>
      <w:r w:rsidRPr="00FD40B2">
        <w:rPr>
          <w:rFonts w:ascii="Times New Roman" w:eastAsia="Times New Roman" w:hAnsi="Times New Roman"/>
          <w:b/>
          <w:color w:val="000000"/>
          <w:sz w:val="14"/>
          <w:lang w:val="ru-RU"/>
        </w:rPr>
        <w:lastRenderedPageBreak/>
        <w:t xml:space="preserve">7 </w:t>
      </w:r>
      <w:r w:rsidR="00504D87">
        <w:rPr>
          <w:rFonts w:ascii="Times New Roman" w:eastAsia="Times New Roman" w:hAnsi="Times New Roman"/>
          <w:b/>
          <w:color w:val="000000"/>
          <w:sz w:val="14"/>
        </w:rPr>
        <w:t xml:space="preserve">КЛАСС </w:t>
      </w:r>
      <w:r w:rsidRPr="00FD40B2">
        <w:rPr>
          <w:rFonts w:ascii="Times New Roman" w:eastAsia="Times New Roman" w:hAnsi="Times New Roman"/>
          <w:b/>
          <w:color w:val="000000"/>
          <w:sz w:val="14"/>
        </w:rPr>
        <w:t xml:space="preserve"> </w:t>
      </w:r>
    </w:p>
    <w:tbl>
      <w:tblPr>
        <w:tblW w:w="0" w:type="auto"/>
        <w:tblInd w:w="2273" w:type="dxa"/>
        <w:tblLayout w:type="fixed"/>
        <w:tblLook w:val="04A0" w:firstRow="1" w:lastRow="0" w:firstColumn="1" w:lastColumn="0" w:noHBand="0" w:noVBand="1"/>
      </w:tblPr>
      <w:tblGrid>
        <w:gridCol w:w="851"/>
        <w:gridCol w:w="4854"/>
        <w:gridCol w:w="528"/>
        <w:gridCol w:w="1138"/>
        <w:gridCol w:w="1276"/>
        <w:gridCol w:w="1418"/>
      </w:tblGrid>
      <w:tr w:rsidR="0041654B" w:rsidRPr="00FD40B2" w14:paraId="7EB4E377" w14:textId="77777777" w:rsidTr="00504D87">
        <w:trPr>
          <w:trHeight w:hRule="exact" w:val="34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487E3" w14:textId="77777777" w:rsidR="0041654B" w:rsidRPr="00FD40B2" w:rsidRDefault="0041654B" w:rsidP="00DB409C">
            <w:pPr>
              <w:autoSpaceDE w:val="0"/>
              <w:autoSpaceDN w:val="0"/>
              <w:spacing w:before="76" w:after="0" w:line="245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№</w:t>
            </w:r>
            <w:r w:rsidRPr="00FD40B2">
              <w:rPr>
                <w:sz w:val="16"/>
                <w:szCs w:val="20"/>
              </w:rPr>
              <w:br/>
            </w: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п/п</w:t>
            </w:r>
          </w:p>
        </w:tc>
        <w:tc>
          <w:tcPr>
            <w:tcW w:w="4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DF2A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1376D8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C30573" w14:textId="77777777" w:rsidR="0041654B" w:rsidRPr="00FD40B2" w:rsidRDefault="0041654B" w:rsidP="00DB409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Электронные (цифровые) образовательные ресурсы</w:t>
            </w:r>
          </w:p>
        </w:tc>
      </w:tr>
      <w:tr w:rsidR="0041654B" w:rsidRPr="00FD40B2" w14:paraId="684CA33E" w14:textId="77777777" w:rsidTr="00504D87">
        <w:trPr>
          <w:trHeight w:hRule="exact" w:val="54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5280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  <w:tc>
          <w:tcPr>
            <w:tcW w:w="4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4E585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6043F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всего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DB223" w14:textId="77777777" w:rsidR="0041654B" w:rsidRPr="00FD40B2" w:rsidRDefault="0041654B" w:rsidP="00DB409C">
            <w:pPr>
              <w:autoSpaceDE w:val="0"/>
              <w:autoSpaceDN w:val="0"/>
              <w:spacing w:before="76" w:after="0" w:line="245" w:lineRule="auto"/>
              <w:ind w:left="72" w:right="576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17CCF7" w14:textId="77777777" w:rsidR="0041654B" w:rsidRPr="00FD40B2" w:rsidRDefault="0041654B" w:rsidP="00DB409C">
            <w:pPr>
              <w:autoSpaceDE w:val="0"/>
              <w:autoSpaceDN w:val="0"/>
              <w:spacing w:before="76" w:after="0" w:line="245" w:lineRule="auto"/>
              <w:ind w:left="72" w:right="43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2147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</w:tr>
      <w:tr w:rsidR="0041654B" w:rsidRPr="00FD40B2" w14:paraId="525F80AE" w14:textId="77777777" w:rsidTr="00504D87">
        <w:trPr>
          <w:trHeight w:hRule="exact" w:val="348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F6481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Модуль 1. Производство и технологии</w:t>
            </w:r>
          </w:p>
        </w:tc>
      </w:tr>
      <w:tr w:rsidR="0041654B" w:rsidRPr="00FD40B2" w14:paraId="5BC08573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D8688E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1.1.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FE527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Промышленная эстетика. Дизайн. Народные ремёсла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6F3A4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6DB8C4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55F70B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F3318C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299AD9DD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C7276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1.2.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4FB8A3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6B1FA7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A2CBA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829425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A083E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14C80A85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A4C020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1.3.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B5CBC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Современные и перспективные технологии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D176F8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CDE20C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65AF58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4734D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2C2DBE9D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856F9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1.4.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3D734F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7D8A46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E5A79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1B2E5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8B3FD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2484AB8B" w14:textId="77777777" w:rsidTr="00504D87">
        <w:trPr>
          <w:trHeight w:hRule="exact" w:val="348"/>
        </w:trPr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64E5F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297B57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8</w:t>
            </w:r>
          </w:p>
        </w:tc>
        <w:tc>
          <w:tcPr>
            <w:tcW w:w="3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D7093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</w:tr>
      <w:tr w:rsidR="0041654B" w:rsidRPr="00FD40B2" w14:paraId="26F84BEB" w14:textId="77777777" w:rsidTr="00504D87">
        <w:trPr>
          <w:trHeight w:hRule="exact" w:val="35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5BBF4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Модуль 2. Компьютерная графика. Черчение</w:t>
            </w:r>
          </w:p>
        </w:tc>
      </w:tr>
      <w:tr w:rsidR="0041654B" w:rsidRPr="00FD40B2" w14:paraId="11A3869F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854CC4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2.1.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DEBF3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Конструкторская документация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5B5E4D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3D9368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4CB1AF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494331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722A1223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030BE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2.2.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ABE97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Графическое изображение деталей и изделий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3E9154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5A21B3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CBB63B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1AC5FB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0687236D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6AE64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2.3.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D1EE6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Система автоматизации проектно-конструкторских работ САПР. Инструменты построения чертежей в САПР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73EF7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B7424D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776322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22DD0D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290058FF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66CF10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2.4.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2250B5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Построение геометрических фигур в графическом редакторе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7F1CE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857C87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70503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57FFE1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03CBF511" w14:textId="77777777" w:rsidTr="00504D87">
        <w:trPr>
          <w:trHeight w:hRule="exact" w:val="348"/>
        </w:trPr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62E4AA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EAFFD0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8</w:t>
            </w:r>
          </w:p>
        </w:tc>
        <w:tc>
          <w:tcPr>
            <w:tcW w:w="3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48EED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</w:tr>
      <w:tr w:rsidR="0041654B" w:rsidRPr="00524B0F" w14:paraId="0A3F78AD" w14:textId="77777777" w:rsidTr="00504D87">
        <w:trPr>
          <w:trHeight w:hRule="exact" w:val="348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852DEB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  <w:lang w:val="ru-RU"/>
              </w:rPr>
              <w:t>Модуль 3. 3</w:t>
            </w: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D</w:t>
            </w: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  <w:lang w:val="ru-RU"/>
              </w:rPr>
              <w:t>-моделирование, прототипирование, макетирование</w:t>
            </w:r>
          </w:p>
        </w:tc>
      </w:tr>
      <w:tr w:rsidR="0041654B" w:rsidRPr="00FD40B2" w14:paraId="1ABECBDE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53254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3.1.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68A42C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Макетирование. Типы макетов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6EF5CA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D81CFF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DD61F0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32568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032B5BF8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FC942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3.2.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8B901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Развёртка макета. Разработка графической документации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DE0E8B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E0A04B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724720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F4875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4F79E51D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3DF32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3.3.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4655CC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Объёмные модели. Инструменты создания трёхмерных моделей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65707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557685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09106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882AC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26A005EE" w14:textId="77777777" w:rsidTr="00504D87">
        <w:trPr>
          <w:trHeight w:hRule="exact" w:val="350"/>
        </w:trPr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576134" w14:textId="77777777" w:rsidR="0041654B" w:rsidRPr="00FD40B2" w:rsidRDefault="0041654B" w:rsidP="00DB409C">
            <w:pPr>
              <w:autoSpaceDE w:val="0"/>
              <w:autoSpaceDN w:val="0"/>
              <w:spacing w:before="76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3.4.</w:t>
            </w:r>
          </w:p>
        </w:tc>
        <w:tc>
          <w:tcPr>
            <w:tcW w:w="48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8CF4C" w14:textId="77777777" w:rsidR="0041654B" w:rsidRPr="00FD40B2" w:rsidRDefault="0041654B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75746B" w14:textId="77777777" w:rsidR="0041654B" w:rsidRPr="00FD40B2" w:rsidRDefault="0041654B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001699" w14:textId="77777777" w:rsidR="0041654B" w:rsidRPr="00FD40B2" w:rsidRDefault="0041654B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FAA60" w14:textId="77777777" w:rsidR="0041654B" w:rsidRPr="00FD40B2" w:rsidRDefault="0041654B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7E098" w14:textId="77777777" w:rsidR="0041654B" w:rsidRPr="00FD40B2" w:rsidRDefault="0041654B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665144EF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1045B7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3.5.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F578B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Сборка бумажного макета. Основные приёмы макетирования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E5614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8E3EE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6CF0D1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5F33C1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03CD82A7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CE6C26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3.6.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17DA27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Сборка бумажного макета. Оценка качества макета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8D6AB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F0496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D6BE8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17B8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2630F18B" w14:textId="77777777" w:rsidTr="00504D87">
        <w:trPr>
          <w:trHeight w:hRule="exact" w:val="348"/>
        </w:trPr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19FD82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F50F3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</w:t>
            </w:r>
          </w:p>
        </w:tc>
        <w:tc>
          <w:tcPr>
            <w:tcW w:w="3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714355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</w:tr>
      <w:tr w:rsidR="0041654B" w:rsidRPr="00524B0F" w14:paraId="5E0F22C4" w14:textId="77777777" w:rsidTr="00504D87">
        <w:trPr>
          <w:trHeight w:hRule="exact" w:val="328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AF16E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  <w:lang w:val="ru-RU"/>
              </w:rPr>
              <w:t>Модуль 4. Технологии обработки материалов и пищевых продуктов: Технологии обработки конструкционных материалов</w:t>
            </w:r>
          </w:p>
        </w:tc>
      </w:tr>
    </w:tbl>
    <w:p w14:paraId="05B59A8A" w14:textId="77777777" w:rsidR="0041654B" w:rsidRPr="00FD40B2" w:rsidRDefault="0041654B" w:rsidP="0041654B">
      <w:pPr>
        <w:autoSpaceDE w:val="0"/>
        <w:autoSpaceDN w:val="0"/>
        <w:spacing w:after="0" w:line="14" w:lineRule="exact"/>
        <w:rPr>
          <w:sz w:val="16"/>
          <w:szCs w:val="20"/>
          <w:lang w:val="ru-RU"/>
        </w:rPr>
      </w:pPr>
    </w:p>
    <w:p w14:paraId="22F651BD" w14:textId="77777777" w:rsidR="0041654B" w:rsidRPr="00FD40B2" w:rsidRDefault="0041654B" w:rsidP="0041654B">
      <w:pPr>
        <w:rPr>
          <w:sz w:val="16"/>
          <w:szCs w:val="20"/>
          <w:lang w:val="ru-RU"/>
        </w:rPr>
        <w:sectPr w:rsidR="0041654B" w:rsidRPr="00FD40B2">
          <w:pgSz w:w="16840" w:h="11900"/>
          <w:pgMar w:top="284" w:right="640" w:bottom="424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5EAA7C93" w14:textId="77777777" w:rsidR="0041654B" w:rsidRPr="00FD40B2" w:rsidRDefault="0041654B" w:rsidP="0041654B">
      <w:pPr>
        <w:autoSpaceDE w:val="0"/>
        <w:autoSpaceDN w:val="0"/>
        <w:spacing w:after="66" w:line="220" w:lineRule="exact"/>
        <w:rPr>
          <w:sz w:val="16"/>
          <w:szCs w:val="20"/>
          <w:lang w:val="ru-RU"/>
        </w:rPr>
      </w:pPr>
    </w:p>
    <w:p w14:paraId="4D7A0717" w14:textId="77777777" w:rsidR="0041654B" w:rsidRPr="00FD40B2" w:rsidRDefault="0041654B" w:rsidP="0041654B">
      <w:pPr>
        <w:autoSpaceDE w:val="0"/>
        <w:autoSpaceDN w:val="0"/>
        <w:spacing w:after="66" w:line="220" w:lineRule="exact"/>
        <w:rPr>
          <w:sz w:val="16"/>
          <w:szCs w:val="20"/>
          <w:lang w:val="ru-RU"/>
        </w:rPr>
      </w:pPr>
    </w:p>
    <w:p w14:paraId="5D6EE894" w14:textId="77777777" w:rsidR="0041654B" w:rsidRPr="00FD40B2" w:rsidRDefault="0041654B" w:rsidP="0041654B">
      <w:pPr>
        <w:autoSpaceDE w:val="0"/>
        <w:autoSpaceDN w:val="0"/>
        <w:spacing w:after="66" w:line="220" w:lineRule="exact"/>
        <w:rPr>
          <w:sz w:val="16"/>
          <w:szCs w:val="20"/>
          <w:lang w:val="ru-RU"/>
        </w:rPr>
      </w:pPr>
    </w:p>
    <w:tbl>
      <w:tblPr>
        <w:tblW w:w="0" w:type="auto"/>
        <w:tblInd w:w="2273" w:type="dxa"/>
        <w:tblLayout w:type="fixed"/>
        <w:tblLook w:val="04A0" w:firstRow="1" w:lastRow="0" w:firstColumn="1" w:lastColumn="0" w:noHBand="0" w:noVBand="1"/>
      </w:tblPr>
      <w:tblGrid>
        <w:gridCol w:w="851"/>
        <w:gridCol w:w="4854"/>
        <w:gridCol w:w="528"/>
        <w:gridCol w:w="1138"/>
        <w:gridCol w:w="1276"/>
        <w:gridCol w:w="1418"/>
      </w:tblGrid>
      <w:tr w:rsidR="0041654B" w:rsidRPr="00FD40B2" w14:paraId="3FBBE103" w14:textId="77777777" w:rsidTr="00504D87">
        <w:trPr>
          <w:trHeight w:hRule="exact" w:val="5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D4CD6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4.1.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D963C3" w14:textId="77777777" w:rsidR="0041654B" w:rsidRPr="00FD40B2" w:rsidRDefault="0041654B" w:rsidP="00DB409C">
            <w:pPr>
              <w:autoSpaceDE w:val="0"/>
              <w:autoSpaceDN w:val="0"/>
              <w:spacing w:before="78" w:after="0" w:line="245" w:lineRule="auto"/>
              <w:ind w:left="72" w:right="720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 xml:space="preserve">Конструкционные материалы древесина, металл, композитные материалы, пластмассы. </w:t>
            </w: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Свойства и использование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52E9E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A6134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1FE0D4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11629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14B1FF48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B3F9D2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4.2.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83BCF1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Технологии обработки древесины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4203F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601A7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A4BAB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5BD74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0D2F8302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B3577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4.3.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ED492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Технологии обработки металлов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DC3AD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0.25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88722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50189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18CAF8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19E0D012" w14:textId="77777777" w:rsidTr="00504D87">
        <w:trPr>
          <w:trHeight w:hRule="exact" w:val="3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1A164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4.4.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5965FA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Технологии обработки пластмассы, других материалов, используемых для выполнения проектной работы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9E9FB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22AEF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B5EA1D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E34BD4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6B14AB84" w14:textId="77777777" w:rsidTr="00504D87">
        <w:trPr>
          <w:trHeight w:hRule="exact" w:val="348"/>
        </w:trPr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9B0406" w14:textId="77777777" w:rsidR="0041654B" w:rsidRPr="00FD40B2" w:rsidRDefault="0041654B" w:rsidP="00DB409C">
            <w:pPr>
              <w:autoSpaceDE w:val="0"/>
              <w:autoSpaceDN w:val="0"/>
              <w:spacing w:before="74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4.5.</w:t>
            </w:r>
          </w:p>
        </w:tc>
        <w:tc>
          <w:tcPr>
            <w:tcW w:w="48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F650F1" w14:textId="77777777" w:rsidR="0041654B" w:rsidRPr="00FD40B2" w:rsidRDefault="0041654B" w:rsidP="00DB409C">
            <w:pPr>
              <w:autoSpaceDE w:val="0"/>
              <w:autoSpaceDN w:val="0"/>
              <w:spacing w:before="74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Технологии обработки пластмассы, других материалов, используемых для выполнения проектной работы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8C0392" w14:textId="77777777" w:rsidR="0041654B" w:rsidRPr="00FD40B2" w:rsidRDefault="0041654B" w:rsidP="00DB409C">
            <w:pPr>
              <w:autoSpaceDE w:val="0"/>
              <w:autoSpaceDN w:val="0"/>
              <w:spacing w:before="74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71BF99" w14:textId="77777777" w:rsidR="0041654B" w:rsidRPr="00FD40B2" w:rsidRDefault="0041654B" w:rsidP="00DB409C">
            <w:pPr>
              <w:autoSpaceDE w:val="0"/>
              <w:autoSpaceDN w:val="0"/>
              <w:spacing w:before="74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015F7" w14:textId="77777777" w:rsidR="0041654B" w:rsidRPr="00FD40B2" w:rsidRDefault="0041654B" w:rsidP="00DB409C">
            <w:pPr>
              <w:autoSpaceDE w:val="0"/>
              <w:autoSpaceDN w:val="0"/>
              <w:spacing w:before="74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0.5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78637" w14:textId="77777777" w:rsidR="0041654B" w:rsidRPr="00FD40B2" w:rsidRDefault="0041654B" w:rsidP="00DB409C">
            <w:pPr>
              <w:autoSpaceDE w:val="0"/>
              <w:autoSpaceDN w:val="0"/>
              <w:spacing w:before="74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74986087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04E85B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4.6.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52B936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81168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06C85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FE476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DC5AE8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5EBDEC0E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C0A9D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4.7.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EFEE59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97807B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8D8B5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E727D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B2456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Globallab</w:t>
            </w:r>
          </w:p>
        </w:tc>
      </w:tr>
      <w:tr w:rsidR="0041654B" w:rsidRPr="00FD40B2" w14:paraId="5306A0E2" w14:textId="77777777" w:rsidTr="00504D87">
        <w:trPr>
          <w:trHeight w:hRule="exact" w:val="348"/>
        </w:trPr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15B5D2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ECFFDF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</w:t>
            </w:r>
          </w:p>
        </w:tc>
        <w:tc>
          <w:tcPr>
            <w:tcW w:w="3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20EBE5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</w:tr>
      <w:tr w:rsidR="0041654B" w:rsidRPr="00524B0F" w14:paraId="5FBAFDCE" w14:textId="77777777" w:rsidTr="00504D87">
        <w:trPr>
          <w:trHeight w:hRule="exact" w:val="348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56DF22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  <w:lang w:val="ru-RU"/>
              </w:rPr>
              <w:t>Модуль 5. Технологии обработки материалов и пищевых продуктов: Технологии обработки пищевых продуктов</w:t>
            </w:r>
          </w:p>
        </w:tc>
      </w:tr>
      <w:tr w:rsidR="0041654B" w:rsidRPr="00FD40B2" w14:paraId="12C767CA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7BB9A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5.1.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4CEC5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Рыба, морепродукты в питании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0D54E1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7DF236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C1DD7A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5A85B0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504D87" w:rsidRPr="00FD40B2" w14:paraId="3AF6AE24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507918" w14:textId="77777777" w:rsidR="00504D87" w:rsidRPr="00FD40B2" w:rsidRDefault="00504D87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24085" w14:textId="77777777" w:rsidR="00504D87" w:rsidRPr="00FD40B2" w:rsidRDefault="00504D87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B20DFF" w14:textId="77777777" w:rsidR="00504D87" w:rsidRPr="00FD40B2" w:rsidRDefault="00504D87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CFEE1E" w14:textId="77777777" w:rsidR="00504D87" w:rsidRPr="00FD40B2" w:rsidRDefault="00504D87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EBFC1" w14:textId="77777777" w:rsidR="00504D87" w:rsidRPr="00FD40B2" w:rsidRDefault="00504D87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3F1433" w14:textId="77777777" w:rsidR="00504D87" w:rsidRPr="00FD40B2" w:rsidRDefault="00504D87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</w:p>
        </w:tc>
      </w:tr>
      <w:tr w:rsidR="0041654B" w:rsidRPr="00FD40B2" w14:paraId="4D0985A4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E5625D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5.2.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FB432F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D1ACB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9CAD8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B785EE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9BD8C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LearningApps</w:t>
            </w:r>
          </w:p>
        </w:tc>
      </w:tr>
      <w:tr w:rsidR="0041654B" w:rsidRPr="00FD40B2" w14:paraId="2B1E22D5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58BFFF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5.3.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A3DD4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2BD98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02B69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2E4805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D9872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Globallab</w:t>
            </w:r>
          </w:p>
        </w:tc>
      </w:tr>
      <w:tr w:rsidR="0041654B" w:rsidRPr="00FD40B2" w14:paraId="0F4BDEFF" w14:textId="77777777" w:rsidTr="00504D87">
        <w:trPr>
          <w:trHeight w:hRule="exact" w:val="348"/>
        </w:trPr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2B21EA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C0F45D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10</w:t>
            </w:r>
          </w:p>
        </w:tc>
        <w:tc>
          <w:tcPr>
            <w:tcW w:w="3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B4BE8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</w:tr>
      <w:tr w:rsidR="0041654B" w:rsidRPr="00524B0F" w14:paraId="34A6647B" w14:textId="77777777" w:rsidTr="00504D87">
        <w:trPr>
          <w:trHeight w:hRule="exact" w:val="35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B69CB3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  <w:lang w:val="ru-RU"/>
              </w:rPr>
              <w:t>Модуль 6. Технологии обработки материалов и пищевых продуктов: Технологии обработки текстильных материалов</w:t>
            </w:r>
          </w:p>
        </w:tc>
      </w:tr>
      <w:tr w:rsidR="0041654B" w:rsidRPr="00FD40B2" w14:paraId="73EDBB9D" w14:textId="77777777" w:rsidTr="00504D87">
        <w:trPr>
          <w:trHeight w:hRule="exact" w:val="348"/>
        </w:trPr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699A6C" w14:textId="77777777" w:rsidR="0041654B" w:rsidRPr="00FD40B2" w:rsidRDefault="0041654B" w:rsidP="00DB409C">
            <w:pPr>
              <w:autoSpaceDE w:val="0"/>
              <w:autoSpaceDN w:val="0"/>
              <w:spacing w:before="74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6.1</w:t>
            </w:r>
          </w:p>
        </w:tc>
        <w:tc>
          <w:tcPr>
            <w:tcW w:w="48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5615F9" w14:textId="77777777" w:rsidR="0041654B" w:rsidRPr="00FD40B2" w:rsidRDefault="0041654B" w:rsidP="00DB409C">
            <w:pPr>
              <w:autoSpaceDE w:val="0"/>
              <w:autoSpaceDN w:val="0"/>
              <w:spacing w:before="74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Технологии обработки текстильных материалов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95CB4C" w14:textId="77777777" w:rsidR="0041654B" w:rsidRPr="00FD40B2" w:rsidRDefault="0041654B" w:rsidP="00DB409C">
            <w:pPr>
              <w:autoSpaceDE w:val="0"/>
              <w:autoSpaceDN w:val="0"/>
              <w:spacing w:before="74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26</w:t>
            </w:r>
          </w:p>
        </w:tc>
        <w:tc>
          <w:tcPr>
            <w:tcW w:w="11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A4F447" w14:textId="77777777" w:rsidR="0041654B" w:rsidRPr="00FD40B2" w:rsidRDefault="0041654B" w:rsidP="00DB409C">
            <w:pPr>
              <w:autoSpaceDE w:val="0"/>
              <w:autoSpaceDN w:val="0"/>
              <w:spacing w:before="74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C478C" w14:textId="77777777" w:rsidR="0041654B" w:rsidRPr="00FD40B2" w:rsidRDefault="0041654B" w:rsidP="00DB409C">
            <w:pPr>
              <w:autoSpaceDE w:val="0"/>
              <w:autoSpaceDN w:val="0"/>
              <w:spacing w:before="74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26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919429" w14:textId="77777777" w:rsidR="0041654B" w:rsidRPr="00FD40B2" w:rsidRDefault="0041654B" w:rsidP="00DB409C">
            <w:pPr>
              <w:autoSpaceDE w:val="0"/>
              <w:autoSpaceDN w:val="0"/>
              <w:spacing w:before="74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3CE08319" w14:textId="77777777" w:rsidTr="00504D87">
        <w:trPr>
          <w:trHeight w:hRule="exact" w:val="348"/>
        </w:trPr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436442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69F2F1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26</w:t>
            </w:r>
          </w:p>
        </w:tc>
        <w:tc>
          <w:tcPr>
            <w:tcW w:w="3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9A05E1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</w:tr>
      <w:tr w:rsidR="0041654B" w:rsidRPr="00FD40B2" w14:paraId="2E979B7F" w14:textId="77777777" w:rsidTr="00504D87">
        <w:trPr>
          <w:trHeight w:hRule="exact" w:val="348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122163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Модуль 7. Робототехника</w:t>
            </w:r>
          </w:p>
        </w:tc>
      </w:tr>
      <w:tr w:rsidR="0041654B" w:rsidRPr="00FD40B2" w14:paraId="248FE312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352A63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7.1.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A7C3DF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Промышленные и бытовые роботы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122CC9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CEEA5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6BD854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56E4AF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5DE3FB52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06E6AE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7.2.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CC8372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Алгоритмизация и программирование роботов. Роботы как исполнители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DB64E8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B16D5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7E1A4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81895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2959660A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2D67E9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7.3.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F8176E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Языки программирования роботизированных систем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A7C33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F99A68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557CF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265361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1570C509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C5124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7.4.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B1C52C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Программирование управления роботизированными моделями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5DC76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476C8B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1BC386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8B9E7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429B7C4C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43B640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7.5.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36FC6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Основы проектной деятельности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D3AD15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A3FAA4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D30A5E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41991A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Globallab</w:t>
            </w:r>
          </w:p>
        </w:tc>
      </w:tr>
      <w:tr w:rsidR="0041654B" w:rsidRPr="00FD40B2" w14:paraId="5C7B0C8A" w14:textId="77777777" w:rsidTr="00504D87">
        <w:trPr>
          <w:trHeight w:hRule="exact" w:val="348"/>
        </w:trPr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FC4134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E60AD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</w:t>
            </w:r>
          </w:p>
        </w:tc>
        <w:tc>
          <w:tcPr>
            <w:tcW w:w="38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F9F32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</w:tr>
      <w:tr w:rsidR="0041654B" w:rsidRPr="00FD40B2" w14:paraId="69BE3FFC" w14:textId="77777777" w:rsidTr="00504D87">
        <w:trPr>
          <w:trHeight w:hRule="exact" w:val="350"/>
        </w:trPr>
        <w:tc>
          <w:tcPr>
            <w:tcW w:w="5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CFFFE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15A8C2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68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F8137D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10634D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48</w:t>
            </w:r>
          </w:p>
        </w:tc>
      </w:tr>
    </w:tbl>
    <w:p w14:paraId="42A99D88" w14:textId="77777777" w:rsidR="0041654B" w:rsidRPr="00FD40B2" w:rsidRDefault="0041654B" w:rsidP="0041654B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14"/>
        </w:rPr>
      </w:pPr>
    </w:p>
    <w:p w14:paraId="62B8F42D" w14:textId="13D52CD0" w:rsidR="0041654B" w:rsidRPr="00FD40B2" w:rsidRDefault="0041654B" w:rsidP="0041654B">
      <w:pPr>
        <w:tabs>
          <w:tab w:val="left" w:pos="2280"/>
        </w:tabs>
        <w:rPr>
          <w:sz w:val="18"/>
        </w:rPr>
      </w:pPr>
    </w:p>
    <w:p w14:paraId="3F8CCCF2" w14:textId="6C1FC818" w:rsidR="0041654B" w:rsidRPr="00FD40B2" w:rsidRDefault="006C23DA" w:rsidP="0041654B">
      <w:pPr>
        <w:autoSpaceDE w:val="0"/>
        <w:autoSpaceDN w:val="0"/>
        <w:spacing w:before="188" w:after="92" w:line="233" w:lineRule="auto"/>
        <w:rPr>
          <w:sz w:val="18"/>
        </w:rPr>
      </w:pPr>
      <w:r>
        <w:rPr>
          <w:rFonts w:ascii="Times New Roman" w:eastAsia="Times New Roman" w:hAnsi="Times New Roman"/>
          <w:b/>
          <w:color w:val="000000"/>
          <w:sz w:val="14"/>
          <w:lang w:val="ru-RU"/>
        </w:rPr>
        <w:t xml:space="preserve">              </w:t>
      </w:r>
      <w:r w:rsidR="00504D87">
        <w:rPr>
          <w:rFonts w:ascii="Times New Roman" w:eastAsia="Times New Roman" w:hAnsi="Times New Roman"/>
          <w:b/>
          <w:color w:val="000000"/>
          <w:sz w:val="14"/>
          <w:lang w:val="ru-RU"/>
        </w:rPr>
        <w:t xml:space="preserve">                                                     </w:t>
      </w:r>
      <w:r w:rsidR="0041654B" w:rsidRPr="00FD40B2">
        <w:rPr>
          <w:rFonts w:ascii="Times New Roman" w:eastAsia="Times New Roman" w:hAnsi="Times New Roman"/>
          <w:b/>
          <w:color w:val="000000"/>
          <w:sz w:val="14"/>
        </w:rPr>
        <w:t>8 КЛАСС</w:t>
      </w:r>
    </w:p>
    <w:tbl>
      <w:tblPr>
        <w:tblW w:w="0" w:type="auto"/>
        <w:tblInd w:w="2273" w:type="dxa"/>
        <w:tblLayout w:type="fixed"/>
        <w:tblLook w:val="04A0" w:firstRow="1" w:lastRow="0" w:firstColumn="1" w:lastColumn="0" w:noHBand="0" w:noVBand="1"/>
      </w:tblPr>
      <w:tblGrid>
        <w:gridCol w:w="851"/>
        <w:gridCol w:w="4050"/>
        <w:gridCol w:w="564"/>
        <w:gridCol w:w="1778"/>
        <w:gridCol w:w="1404"/>
        <w:gridCol w:w="1418"/>
      </w:tblGrid>
      <w:tr w:rsidR="0041654B" w:rsidRPr="00FD40B2" w14:paraId="246FDBB3" w14:textId="77777777" w:rsidTr="00504D87">
        <w:trPr>
          <w:trHeight w:hRule="exact" w:val="34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F425F" w14:textId="77777777" w:rsidR="0041654B" w:rsidRPr="00FD40B2" w:rsidRDefault="0041654B" w:rsidP="00DB409C">
            <w:pPr>
              <w:autoSpaceDE w:val="0"/>
              <w:autoSpaceDN w:val="0"/>
              <w:spacing w:before="78" w:after="0" w:line="245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№</w:t>
            </w:r>
            <w:r w:rsidRPr="00FD40B2">
              <w:rPr>
                <w:sz w:val="16"/>
                <w:szCs w:val="20"/>
              </w:rPr>
              <w:br/>
            </w: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п/п</w:t>
            </w:r>
          </w:p>
        </w:tc>
        <w:tc>
          <w:tcPr>
            <w:tcW w:w="4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C203E9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37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1CF3D6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C32BB0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Электронные (цифровые) образовательные ресурсы</w:t>
            </w:r>
          </w:p>
        </w:tc>
      </w:tr>
      <w:tr w:rsidR="0041654B" w:rsidRPr="00FD40B2" w14:paraId="7E7870D2" w14:textId="77777777" w:rsidTr="00504D87">
        <w:trPr>
          <w:trHeight w:hRule="exact" w:val="34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36EB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  <w:tc>
          <w:tcPr>
            <w:tcW w:w="4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CDDA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5D2764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всего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BD29A2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контрольные работы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F2DA89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67376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</w:tr>
      <w:tr w:rsidR="0041654B" w:rsidRPr="00FD40B2" w14:paraId="5BC4769B" w14:textId="77777777" w:rsidTr="00504D87">
        <w:trPr>
          <w:trHeight w:hRule="exact" w:val="348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8D2B56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Модуль 1.Производство и технологии</w:t>
            </w:r>
          </w:p>
        </w:tc>
      </w:tr>
      <w:tr w:rsidR="0041654B" w:rsidRPr="00FD40B2" w14:paraId="2B046544" w14:textId="77777777" w:rsidTr="00504D87">
        <w:trPr>
          <w:trHeight w:hRule="exact" w:val="3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06F599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1.1.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8A786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Управление в современном производстве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0FC1AE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860FBF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6DC92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1879C6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0C1E2DA4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DAE5A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1.2.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06ABEE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Инновационные предприятия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FE9F40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3059A1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EB473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18A928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07A09BB9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99257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1.3.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00026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Рынок труда. Трудовые ресурсы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9DBF4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27D6A4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2117E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45E64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504D87" w:rsidRPr="00FD40B2" w14:paraId="0743BBAF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D7D4A8" w14:textId="77777777" w:rsidR="00504D87" w:rsidRPr="00FD40B2" w:rsidRDefault="00504D87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05F511" w14:textId="77777777" w:rsidR="00504D87" w:rsidRPr="00FD40B2" w:rsidRDefault="00504D87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976452" w14:textId="77777777" w:rsidR="00504D87" w:rsidRPr="00FD40B2" w:rsidRDefault="00504D87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F05AC8" w14:textId="77777777" w:rsidR="00504D87" w:rsidRPr="00FD40B2" w:rsidRDefault="00504D87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D77EF3" w14:textId="77777777" w:rsidR="00504D87" w:rsidRPr="00FD40B2" w:rsidRDefault="00504D87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E1761" w14:textId="77777777" w:rsidR="00504D87" w:rsidRPr="00FD40B2" w:rsidRDefault="00504D87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</w:p>
        </w:tc>
      </w:tr>
      <w:tr w:rsidR="0041654B" w:rsidRPr="00FD40B2" w14:paraId="53F7C679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2BED5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1.4.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DFB4D1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Выбор профессии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287BAE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1DC688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64737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6F3E8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57722445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85FCD3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1.5.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4127EF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Защита проекта «Мир профессий»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5CA47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4DC016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CEF1F9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25992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1DF565FA" w14:textId="77777777" w:rsidTr="00504D87">
        <w:trPr>
          <w:trHeight w:hRule="exact" w:val="348"/>
        </w:trPr>
        <w:tc>
          <w:tcPr>
            <w:tcW w:w="4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64B80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EB3E93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5</w:t>
            </w:r>
          </w:p>
        </w:tc>
        <w:tc>
          <w:tcPr>
            <w:tcW w:w="4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CC5569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</w:tr>
      <w:tr w:rsidR="0041654B" w:rsidRPr="00FD40B2" w14:paraId="7DFB1F8D" w14:textId="77777777" w:rsidTr="00504D87">
        <w:trPr>
          <w:trHeight w:hRule="exact" w:val="348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5F093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Модуль 2.Компьютерная графика. Черчение</w:t>
            </w:r>
          </w:p>
        </w:tc>
      </w:tr>
      <w:tr w:rsidR="0041654B" w:rsidRPr="00FD40B2" w14:paraId="7FF8C073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F6507F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2.1.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ADDBE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Инструменты для создания 3</w:t>
            </w: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D</w:t>
            </w: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-моделей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9B86A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46DAE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30AEBC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AC4C52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380D45AD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FBF3BE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2.2.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26C28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Сложные 3</w:t>
            </w: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D</w:t>
            </w: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-модели и сборочные чертежи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BC13D8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523317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7EC93B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AA809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6E063366" w14:textId="77777777" w:rsidTr="00504D87">
        <w:trPr>
          <w:trHeight w:hRule="exact" w:val="348"/>
        </w:trPr>
        <w:tc>
          <w:tcPr>
            <w:tcW w:w="4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36C09B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87F470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</w:t>
            </w:r>
          </w:p>
        </w:tc>
        <w:tc>
          <w:tcPr>
            <w:tcW w:w="4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96FE4" w14:textId="77777777" w:rsidR="0041654B" w:rsidRPr="00FD40B2" w:rsidRDefault="0041654B" w:rsidP="00DB409C">
            <w:pPr>
              <w:rPr>
                <w:sz w:val="16"/>
                <w:szCs w:val="20"/>
              </w:rPr>
            </w:pPr>
          </w:p>
        </w:tc>
      </w:tr>
      <w:tr w:rsidR="0041654B" w:rsidRPr="00524B0F" w14:paraId="29FD6E35" w14:textId="77777777" w:rsidTr="00504D87">
        <w:trPr>
          <w:trHeight w:hRule="exact" w:val="350"/>
        </w:trPr>
        <w:tc>
          <w:tcPr>
            <w:tcW w:w="10065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EECB62" w14:textId="77777777" w:rsidR="0041654B" w:rsidRPr="00FD40B2" w:rsidRDefault="0041654B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  <w:lang w:val="ru-RU"/>
              </w:rPr>
              <w:t>Модуль 3. 3</w:t>
            </w: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D</w:t>
            </w: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  <w:lang w:val="ru-RU"/>
              </w:rPr>
              <w:t>-моделирование, прототипирование, макетирование</w:t>
            </w:r>
          </w:p>
        </w:tc>
      </w:tr>
      <w:tr w:rsidR="0041654B" w:rsidRPr="00FD40B2" w14:paraId="7251B197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79A79D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3.1.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20335D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Технологии создания визуальных моделей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5F3E0A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DBFBDF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5A65C4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FEDC2E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59862CD1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16E8BD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3.2.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EB704D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Прототипирование. Виды прототипов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02B6A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CE5B80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8F6BE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3ECE88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2E4A9C5A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23FF8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3.3.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CD21A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Классификация 3</w:t>
            </w: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D</w:t>
            </w: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-принтеров по конструкции и по назначению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E51473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E53E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F65DE5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D203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348D0741" w14:textId="77777777" w:rsidTr="00504D87">
        <w:trPr>
          <w:trHeight w:hRule="exact"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5CFA97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3.4.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066127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3</w:t>
            </w: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D</w:t>
            </w: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-сканер, устройство, использование для создания прототипов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C9D707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4B1AC9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4F526F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A35C2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68E5BF1D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C0FCC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3.5.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D6CE03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Настройка 3</w:t>
            </w: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D</w:t>
            </w: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-принтера и печать прототипа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AA3F2D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468561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77A085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5F6B1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71D46473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19B11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3.6.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6CBB7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C224F0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FF5F6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5BB210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CAE588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0D539CC2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E8C01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3.7.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E08DC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D6BB8F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63C68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A84B5B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5FB946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Globallab</w:t>
            </w:r>
          </w:p>
        </w:tc>
      </w:tr>
      <w:tr w:rsidR="0041654B" w:rsidRPr="00FD40B2" w14:paraId="7452AB35" w14:textId="77777777" w:rsidTr="00504D87">
        <w:trPr>
          <w:trHeight w:hRule="exact" w:val="328"/>
        </w:trPr>
        <w:tc>
          <w:tcPr>
            <w:tcW w:w="4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16849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FA9FFF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11</w:t>
            </w:r>
          </w:p>
        </w:tc>
        <w:tc>
          <w:tcPr>
            <w:tcW w:w="4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D8CD8F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</w:p>
        </w:tc>
      </w:tr>
      <w:tr w:rsidR="0041654B" w:rsidRPr="00FD40B2" w14:paraId="7CA1ED1C" w14:textId="77777777" w:rsidTr="00504D87">
        <w:trPr>
          <w:trHeight w:hRule="exact" w:val="328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EFC4D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Модуль 4.Робототехника</w:t>
            </w:r>
          </w:p>
        </w:tc>
      </w:tr>
      <w:tr w:rsidR="0041654B" w:rsidRPr="00FD40B2" w14:paraId="4D73156B" w14:textId="77777777" w:rsidTr="00504D87">
        <w:trPr>
          <w:trHeight w:hRule="exact" w:val="350"/>
        </w:trPr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1254E3" w14:textId="77777777" w:rsidR="0041654B" w:rsidRPr="00FD40B2" w:rsidRDefault="0041654B" w:rsidP="00DB409C">
            <w:pPr>
              <w:autoSpaceDE w:val="0"/>
              <w:autoSpaceDN w:val="0"/>
              <w:spacing w:before="76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4.1.</w:t>
            </w:r>
          </w:p>
        </w:tc>
        <w:tc>
          <w:tcPr>
            <w:tcW w:w="40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4F8346" w14:textId="77777777" w:rsidR="0041654B" w:rsidRPr="00FD40B2" w:rsidRDefault="0041654B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Основные принципы теории автоматического управления и регулирования</w:t>
            </w:r>
          </w:p>
        </w:tc>
        <w:tc>
          <w:tcPr>
            <w:tcW w:w="56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6BE32E" w14:textId="77777777" w:rsidR="0041654B" w:rsidRPr="00FD40B2" w:rsidRDefault="0041654B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7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731E1" w14:textId="77777777" w:rsidR="0041654B" w:rsidRPr="00FD40B2" w:rsidRDefault="0041654B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415A3B" w14:textId="77777777" w:rsidR="0041654B" w:rsidRPr="00FD40B2" w:rsidRDefault="0041654B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2F6CF1" w14:textId="77777777" w:rsidR="0041654B" w:rsidRPr="00FD40B2" w:rsidRDefault="0041654B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01634BA6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988BB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4.2.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CF5D21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Программирование управления датчиками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3483BE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AEF82D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739C41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3E5582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3E061D43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59D69A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4.3.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AADBB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Программирование движения робота, оборудованного датчиками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7D7CA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5E6011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80D11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3A3B69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20E3F552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D5F65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lastRenderedPageBreak/>
              <w:t>4.4.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61672E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Беспроводное управление роботом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C0201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9CA830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ED275C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BB9CF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56B9F5C1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470A54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4.5.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64138E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Основы проектной деятельности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EFCA9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3FC394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3EB2A0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575DE4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5A11B39A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15C5C1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4.6.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505261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54833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5FBB20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9A7200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142665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41654B" w:rsidRPr="00FD40B2" w14:paraId="788CACFD" w14:textId="77777777" w:rsidTr="00504D87">
        <w:trPr>
          <w:trHeight w:hRule="exact" w:val="328"/>
        </w:trPr>
        <w:tc>
          <w:tcPr>
            <w:tcW w:w="4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3FCA7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07E1E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14</w:t>
            </w:r>
          </w:p>
        </w:tc>
        <w:tc>
          <w:tcPr>
            <w:tcW w:w="4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30AA8" w14:textId="77777777" w:rsidR="0041654B" w:rsidRPr="00FD40B2" w:rsidRDefault="0041654B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</w:p>
        </w:tc>
      </w:tr>
      <w:tr w:rsidR="0041654B" w:rsidRPr="00FD40B2" w14:paraId="3B6EBF96" w14:textId="77777777" w:rsidTr="00504D87">
        <w:trPr>
          <w:trHeight w:hRule="exact" w:val="348"/>
        </w:trPr>
        <w:tc>
          <w:tcPr>
            <w:tcW w:w="4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D55D92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738706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34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0FDAFA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2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094F0" w14:textId="77777777" w:rsidR="0041654B" w:rsidRPr="00FD40B2" w:rsidRDefault="0041654B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16</w:t>
            </w:r>
          </w:p>
        </w:tc>
      </w:tr>
    </w:tbl>
    <w:p w14:paraId="7AC8F221" w14:textId="474E5B6A" w:rsidR="0041654B" w:rsidRPr="00FD40B2" w:rsidRDefault="0041654B" w:rsidP="0041654B">
      <w:pPr>
        <w:tabs>
          <w:tab w:val="left" w:pos="2280"/>
        </w:tabs>
        <w:rPr>
          <w:sz w:val="18"/>
        </w:rPr>
        <w:sectPr w:rsidR="0041654B" w:rsidRPr="00FD40B2">
          <w:pgSz w:w="16840" w:h="11900"/>
          <w:pgMar w:top="284" w:right="640" w:bottom="322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3735E674" w14:textId="4E5F2790" w:rsidR="00DB3048" w:rsidRPr="00FD40B2" w:rsidRDefault="00DB3048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14"/>
        </w:rPr>
      </w:pPr>
    </w:p>
    <w:p w14:paraId="457CBA65" w14:textId="0512583B" w:rsidR="007331C8" w:rsidRPr="00FD40B2" w:rsidRDefault="006C23DA" w:rsidP="007331C8">
      <w:pPr>
        <w:autoSpaceDE w:val="0"/>
        <w:autoSpaceDN w:val="0"/>
        <w:spacing w:before="188" w:after="92" w:line="233" w:lineRule="auto"/>
        <w:rPr>
          <w:sz w:val="18"/>
        </w:rPr>
      </w:pPr>
      <w:r>
        <w:rPr>
          <w:rFonts w:ascii="Times New Roman" w:eastAsia="Times New Roman" w:hAnsi="Times New Roman"/>
          <w:b/>
          <w:color w:val="000000"/>
          <w:sz w:val="14"/>
          <w:lang w:val="ru-RU"/>
        </w:rPr>
        <w:t xml:space="preserve">                 </w:t>
      </w:r>
      <w:r w:rsidR="00504D87">
        <w:rPr>
          <w:rFonts w:ascii="Times New Roman" w:eastAsia="Times New Roman" w:hAnsi="Times New Roman"/>
          <w:b/>
          <w:color w:val="000000"/>
          <w:sz w:val="14"/>
          <w:lang w:val="ru-RU"/>
        </w:rPr>
        <w:t xml:space="preserve">                                                      </w:t>
      </w:r>
      <w:r>
        <w:rPr>
          <w:rFonts w:ascii="Times New Roman" w:eastAsia="Times New Roman" w:hAnsi="Times New Roman"/>
          <w:b/>
          <w:color w:val="000000"/>
          <w:sz w:val="14"/>
          <w:lang w:val="ru-RU"/>
        </w:rPr>
        <w:t xml:space="preserve">  </w:t>
      </w:r>
      <w:r w:rsidR="007331C8" w:rsidRPr="00FD40B2">
        <w:rPr>
          <w:rFonts w:ascii="Times New Roman" w:eastAsia="Times New Roman" w:hAnsi="Times New Roman"/>
          <w:b/>
          <w:color w:val="000000"/>
          <w:sz w:val="14"/>
        </w:rPr>
        <w:t>9 КЛАСС</w:t>
      </w:r>
    </w:p>
    <w:tbl>
      <w:tblPr>
        <w:tblW w:w="0" w:type="auto"/>
        <w:tblInd w:w="2273" w:type="dxa"/>
        <w:tblLayout w:type="fixed"/>
        <w:tblLook w:val="04A0" w:firstRow="1" w:lastRow="0" w:firstColumn="1" w:lastColumn="0" w:noHBand="0" w:noVBand="1"/>
      </w:tblPr>
      <w:tblGrid>
        <w:gridCol w:w="851"/>
        <w:gridCol w:w="3678"/>
        <w:gridCol w:w="588"/>
        <w:gridCol w:w="1862"/>
        <w:gridCol w:w="1668"/>
        <w:gridCol w:w="1418"/>
      </w:tblGrid>
      <w:tr w:rsidR="007331C8" w:rsidRPr="00FD40B2" w14:paraId="5702A40C" w14:textId="77777777" w:rsidTr="00504D87">
        <w:trPr>
          <w:trHeight w:hRule="exact" w:val="348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78131" w14:textId="77777777" w:rsidR="007331C8" w:rsidRPr="00FD40B2" w:rsidRDefault="007331C8" w:rsidP="00DB409C">
            <w:pPr>
              <w:autoSpaceDE w:val="0"/>
              <w:autoSpaceDN w:val="0"/>
              <w:spacing w:before="78" w:after="0" w:line="245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№</w:t>
            </w:r>
            <w:r w:rsidRPr="00FD40B2">
              <w:rPr>
                <w:sz w:val="16"/>
                <w:szCs w:val="20"/>
              </w:rPr>
              <w:br/>
            </w: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п/п</w:t>
            </w:r>
          </w:p>
        </w:tc>
        <w:tc>
          <w:tcPr>
            <w:tcW w:w="3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4201A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  <w:lang w:val="ru-RU"/>
              </w:rPr>
              <w:t>Наименование разделов и тем программы</w:t>
            </w:r>
          </w:p>
        </w:tc>
        <w:tc>
          <w:tcPr>
            <w:tcW w:w="4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03D1E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5802B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Электронные (цифровые) образовательные ресурсы</w:t>
            </w:r>
          </w:p>
        </w:tc>
      </w:tr>
      <w:tr w:rsidR="007331C8" w:rsidRPr="00FD40B2" w14:paraId="40BEFA9C" w14:textId="77777777" w:rsidTr="00504D87">
        <w:trPr>
          <w:trHeight w:hRule="exact" w:val="35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4391" w14:textId="77777777" w:rsidR="007331C8" w:rsidRPr="00FD40B2" w:rsidRDefault="007331C8" w:rsidP="00DB409C">
            <w:pPr>
              <w:rPr>
                <w:sz w:val="16"/>
                <w:szCs w:val="20"/>
              </w:rPr>
            </w:pPr>
          </w:p>
        </w:tc>
        <w:tc>
          <w:tcPr>
            <w:tcW w:w="3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8D809" w14:textId="77777777" w:rsidR="007331C8" w:rsidRPr="00FD40B2" w:rsidRDefault="007331C8" w:rsidP="00DB409C">
            <w:pPr>
              <w:rPr>
                <w:sz w:val="16"/>
                <w:szCs w:val="20"/>
              </w:rPr>
            </w:pP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A49A40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всего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BE5FF1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738075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практические работы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F586" w14:textId="77777777" w:rsidR="007331C8" w:rsidRPr="00FD40B2" w:rsidRDefault="007331C8" w:rsidP="00DB409C">
            <w:pPr>
              <w:rPr>
                <w:sz w:val="16"/>
                <w:szCs w:val="20"/>
              </w:rPr>
            </w:pPr>
          </w:p>
        </w:tc>
      </w:tr>
      <w:tr w:rsidR="007331C8" w:rsidRPr="00FD40B2" w14:paraId="3084051E" w14:textId="77777777" w:rsidTr="00504D87">
        <w:trPr>
          <w:trHeight w:hRule="exact" w:val="348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0FFD8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Модуль 1.Производство и технологии</w:t>
            </w:r>
          </w:p>
        </w:tc>
      </w:tr>
      <w:tr w:rsidR="007331C8" w:rsidRPr="00FD40B2" w14:paraId="6B2E3721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C52F48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1.1.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3BFC3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Предпринимательство. Виды предпринимательской деятельности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D0772D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78E34C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4AE4F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FBC0D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1AC33CE8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5E94B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1.2.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D3C945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Предпринимательская деятельность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DD52E8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C244E8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DA3BB8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1C79B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03A453DF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046194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1.3.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2047AC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Модель реализации бизнес-идеи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6A9AAD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BCCF2A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462D0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2F9642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469C02D5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324915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1.4.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2A97DF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Этапы разработки бизнес-проекта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113FC4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C848D9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9F9668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9EB12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4207D84B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5716E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1.5.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7D70D0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Технологическое предпринимательство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5DABF7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9AD262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5E785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0FC510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621EA7AC" w14:textId="77777777" w:rsidTr="00504D87">
        <w:trPr>
          <w:trHeight w:hRule="exact" w:val="348"/>
        </w:trPr>
        <w:tc>
          <w:tcPr>
            <w:tcW w:w="4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019B26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A9DBD7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5</w:t>
            </w:r>
          </w:p>
        </w:tc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63BB8B" w14:textId="77777777" w:rsidR="007331C8" w:rsidRPr="00FD40B2" w:rsidRDefault="007331C8" w:rsidP="00DB409C">
            <w:pPr>
              <w:rPr>
                <w:sz w:val="16"/>
                <w:szCs w:val="20"/>
              </w:rPr>
            </w:pPr>
          </w:p>
        </w:tc>
      </w:tr>
      <w:tr w:rsidR="007331C8" w:rsidRPr="00FD40B2" w14:paraId="7D25A84E" w14:textId="77777777" w:rsidTr="00504D87">
        <w:trPr>
          <w:trHeight w:hRule="exact" w:val="348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136C11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Модуль 2.Компьютерная графика. Черчение</w:t>
            </w:r>
          </w:p>
        </w:tc>
      </w:tr>
      <w:tr w:rsidR="007331C8" w:rsidRPr="00FD40B2" w14:paraId="013D60FB" w14:textId="77777777" w:rsidTr="00504D87">
        <w:trPr>
          <w:trHeight w:hRule="exact" w:val="3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B6BA43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2.1.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1474FC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Чертежи с использованием САПР. Оформление конструкторской документации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89673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0AEBE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0C7754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AB638" w14:textId="77777777" w:rsidR="007331C8" w:rsidRPr="00FD40B2" w:rsidRDefault="007331C8" w:rsidP="00DB409C">
            <w:pPr>
              <w:autoSpaceDE w:val="0"/>
              <w:autoSpaceDN w:val="0"/>
              <w:spacing w:before="78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7DA18B61" w14:textId="77777777" w:rsidTr="00504D87">
        <w:trPr>
          <w:trHeight w:hRule="exact" w:val="350"/>
        </w:trPr>
        <w:tc>
          <w:tcPr>
            <w:tcW w:w="85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BE4079" w14:textId="77777777" w:rsidR="007331C8" w:rsidRPr="00FD40B2" w:rsidRDefault="007331C8" w:rsidP="00DB409C">
            <w:pPr>
              <w:autoSpaceDE w:val="0"/>
              <w:autoSpaceDN w:val="0"/>
              <w:spacing w:before="76" w:after="0" w:line="230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2.2.</w:t>
            </w:r>
          </w:p>
        </w:tc>
        <w:tc>
          <w:tcPr>
            <w:tcW w:w="367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BC19C7" w14:textId="77777777" w:rsidR="007331C8" w:rsidRPr="00FD40B2" w:rsidRDefault="007331C8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Графические документы. Профессии, их востребованность на рынке труда</w:t>
            </w:r>
          </w:p>
        </w:tc>
        <w:tc>
          <w:tcPr>
            <w:tcW w:w="5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5D8FF" w14:textId="77777777" w:rsidR="007331C8" w:rsidRPr="00FD40B2" w:rsidRDefault="007331C8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8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28DCD" w14:textId="77777777" w:rsidR="007331C8" w:rsidRPr="00FD40B2" w:rsidRDefault="007331C8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9698CF" w14:textId="77777777" w:rsidR="007331C8" w:rsidRPr="00FD40B2" w:rsidRDefault="007331C8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7124E7" w14:textId="77777777" w:rsidR="007331C8" w:rsidRPr="00FD40B2" w:rsidRDefault="007331C8" w:rsidP="00DB409C">
            <w:pPr>
              <w:autoSpaceDE w:val="0"/>
              <w:autoSpaceDN w:val="0"/>
              <w:spacing w:before="76" w:after="0" w:line="230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06D4AB21" w14:textId="77777777" w:rsidTr="00504D87">
        <w:trPr>
          <w:trHeight w:hRule="exact" w:val="348"/>
        </w:trPr>
        <w:tc>
          <w:tcPr>
            <w:tcW w:w="4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6D03CC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770D1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</w:t>
            </w:r>
          </w:p>
        </w:tc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EFD53F" w14:textId="77777777" w:rsidR="007331C8" w:rsidRPr="00FD40B2" w:rsidRDefault="007331C8" w:rsidP="00DB409C">
            <w:pPr>
              <w:rPr>
                <w:sz w:val="16"/>
                <w:szCs w:val="20"/>
              </w:rPr>
            </w:pPr>
          </w:p>
        </w:tc>
      </w:tr>
      <w:tr w:rsidR="007331C8" w:rsidRPr="00524B0F" w14:paraId="052A64CB" w14:textId="77777777" w:rsidTr="00504D87">
        <w:trPr>
          <w:trHeight w:hRule="exact" w:val="348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5D147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  <w:lang w:val="ru-RU"/>
              </w:rPr>
              <w:t>Модуль 3. 3</w:t>
            </w: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D</w:t>
            </w: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  <w:lang w:val="ru-RU"/>
              </w:rPr>
              <w:t>-моделирование, прототипирование, макетирование</w:t>
            </w:r>
          </w:p>
        </w:tc>
      </w:tr>
      <w:tr w:rsidR="007331C8" w:rsidRPr="00FD40B2" w14:paraId="418C3AB1" w14:textId="77777777" w:rsidTr="00504D87">
        <w:trPr>
          <w:trHeight w:hRule="exact" w:val="36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9649C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3.1.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59C99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Аддитивные технологии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9570F4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1AEC2D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E34247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728605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6383DE6B" w14:textId="77777777" w:rsidTr="00504D87">
        <w:trPr>
          <w:trHeight w:hRule="exact"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48014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jc w:val="center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3.2.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A248B3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Создание моделей сложных объектов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BAECD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FDDC05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EE74DE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66CAB" w14:textId="77777777" w:rsidR="007331C8" w:rsidRPr="00FD40B2" w:rsidRDefault="007331C8" w:rsidP="00DB409C">
            <w:pPr>
              <w:autoSpaceDE w:val="0"/>
              <w:autoSpaceDN w:val="0"/>
              <w:spacing w:before="76" w:after="0" w:line="233" w:lineRule="auto"/>
              <w:ind w:left="72"/>
              <w:rPr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13DA4BE2" w14:textId="77777777" w:rsidTr="00504D87">
        <w:trPr>
          <w:trHeight w:hRule="exact"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AFA0B" w14:textId="0BE1B17B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</w:rPr>
              <w:t>3.3.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0749A0" w14:textId="6C626E8F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Этапы аддитивного производства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A03E11" w14:textId="17384A9B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79DBD5" w14:textId="6592CA16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F34310" w14:textId="4B5FAD85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6077A1" w14:textId="3090A700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5FF880B6" w14:textId="77777777" w:rsidTr="00504D87">
        <w:trPr>
          <w:trHeight w:hRule="exact"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9CB27" w14:textId="3863831E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</w:rPr>
              <w:t>3.4.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35F66" w14:textId="5CA9E0C0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Профессии, связанные с 3</w:t>
            </w: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D</w:t>
            </w: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-технологиями в современном производстве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5FA9CB" w14:textId="7C201132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18D23" w14:textId="75409722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9060FE" w14:textId="49F2E9D0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E5ABB2" w14:textId="0700B126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6D568183" w14:textId="77777777" w:rsidTr="00504D87">
        <w:trPr>
          <w:trHeight w:hRule="exact" w:val="328"/>
        </w:trPr>
        <w:tc>
          <w:tcPr>
            <w:tcW w:w="4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9C5C1A" w14:textId="2938444D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Итого по модулю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861B79" w14:textId="6EA0FEDC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11</w:t>
            </w:r>
          </w:p>
        </w:tc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2013F" w14:textId="77777777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</w:p>
        </w:tc>
      </w:tr>
      <w:tr w:rsidR="007331C8" w:rsidRPr="00FD40B2" w14:paraId="155DF115" w14:textId="77777777" w:rsidTr="00504D87">
        <w:trPr>
          <w:trHeight w:hRule="exact" w:val="328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D6B802" w14:textId="689D1F70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szCs w:val="20"/>
              </w:rPr>
              <w:t>Модуль 4.Робототехника</w:t>
            </w:r>
          </w:p>
        </w:tc>
      </w:tr>
      <w:tr w:rsidR="007331C8" w:rsidRPr="00FD40B2" w14:paraId="4090CC03" w14:textId="77777777" w:rsidTr="00504D87">
        <w:trPr>
          <w:trHeight w:hRule="exact"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94B3B" w14:textId="140068EB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2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</w:rPr>
              <w:t>4.1.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7FD28" w14:textId="6EC5C74D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C7E8DB" w14:textId="347BBD33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3D072E" w14:textId="0A161A7B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93FA9" w14:textId="0D02A911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1C08F8" w14:textId="3A1CB67C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4886DFB7" w14:textId="77777777" w:rsidTr="00504D87">
        <w:trPr>
          <w:trHeight w:hRule="exact"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C18D59" w14:textId="7A918D8F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2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</w:rPr>
              <w:t>4.2.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86C64" w14:textId="3CF090F9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Технологии беспроводного управления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32918" w14:textId="73F67B31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C65B9" w14:textId="51E105BB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7222E" w14:textId="40A5A562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570C7D" w14:textId="2DC68143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5BB6C01C" w14:textId="77777777" w:rsidTr="00504D87">
        <w:trPr>
          <w:trHeight w:hRule="exact"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45DFEB" w14:textId="3359A6F4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2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</w:rPr>
              <w:t>4.3.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BEA79" w14:textId="1166C0A6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Программирование работы модели управления роботизированными устройствами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F1553" w14:textId="2DF96A43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1E42D" w14:textId="546E4A88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CB4FB7" w14:textId="262E141B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BDF041" w14:textId="50C61B56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17BED4A2" w14:textId="77777777" w:rsidTr="00504D87">
        <w:trPr>
          <w:trHeight w:hRule="exact"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DA0A6" w14:textId="5B138FAD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2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</w:rPr>
              <w:t>4.4.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98C204" w14:textId="187BCD19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Цифровые технологии в профессиональной деятельности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57F8C3" w14:textId="6077E51D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EF421" w14:textId="729D69BE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188508" w14:textId="1BEE808F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4737A" w14:textId="27C69C08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3C0AA644" w14:textId="77777777" w:rsidTr="00504D87">
        <w:trPr>
          <w:trHeight w:hRule="exact"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234EE" w14:textId="095CAD96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2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</w:rPr>
              <w:t>4.5.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56E71" w14:textId="437BFC54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7AD91E" w14:textId="068BFC22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E81550" w14:textId="4354611E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86677D" w14:textId="171EA1A7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D26E9" w14:textId="0D2C50C6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653BBA94" w14:textId="77777777" w:rsidTr="00504D87">
        <w:trPr>
          <w:trHeight w:hRule="exact"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F903F" w14:textId="78236BE1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2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</w:rPr>
              <w:t>4.6.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1D8B38" w14:textId="01EEA089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Перспективы автоматизации и роботизации: возможности и ограничения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729E03" w14:textId="3A915CBF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24BB8B" w14:textId="759FCEF9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BC2BA" w14:textId="0ED41129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AA1D88" w14:textId="78A2F82E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233BA2BC" w14:textId="77777777" w:rsidTr="00504D87">
        <w:trPr>
          <w:trHeight w:hRule="exact"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67DCD8" w14:textId="1F17F5F2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2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</w:rPr>
              <w:t>4.7.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001FD" w14:textId="75431ADB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Основы проектной деятельности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9379A" w14:textId="2A6A2A83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C6EFF9" w14:textId="45EDAD3F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F12C46" w14:textId="4A1C1291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3C6D58" w14:textId="320125DC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Globallab</w:t>
            </w:r>
          </w:p>
        </w:tc>
      </w:tr>
      <w:tr w:rsidR="007331C8" w:rsidRPr="00FD40B2" w14:paraId="7D252ED9" w14:textId="77777777" w:rsidTr="00504D87">
        <w:trPr>
          <w:trHeight w:hRule="exact"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774858" w14:textId="711632F3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2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</w:rPr>
              <w:t>4.8.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1F1BEE" w14:textId="7BAD7FCC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7F49A2" w14:textId="4A0CA820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38B355" w14:textId="629AA692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47182" w14:textId="61F50BCC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379D2" w14:textId="10D28C5F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Globallab</w:t>
            </w:r>
          </w:p>
        </w:tc>
      </w:tr>
      <w:tr w:rsidR="007331C8" w:rsidRPr="00FD40B2" w14:paraId="17804064" w14:textId="77777777" w:rsidTr="00504D87">
        <w:trPr>
          <w:trHeight w:hRule="exact" w:val="32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3FB19" w14:textId="785FC444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eastAsia="Times New Roman" w:hAnsi="Times New Roman"/>
                <w:color w:val="000000"/>
                <w:w w:val="97"/>
                <w:sz w:val="12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</w:rPr>
              <w:lastRenderedPageBreak/>
              <w:t>4.9.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4C59A" w14:textId="0CF967E8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Современные профессии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FD5E6B" w14:textId="5713E4DB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1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1BEE90" w14:textId="313F7A87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9BCCEC" w14:textId="6B4C6621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1165EE" w14:textId="6CF6FF10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6"/>
                <w:szCs w:val="20"/>
              </w:rPr>
              <w:t>РЭШ</w:t>
            </w:r>
          </w:p>
        </w:tc>
      </w:tr>
      <w:tr w:rsidR="007331C8" w:rsidRPr="00FD40B2" w14:paraId="52B0CAD4" w14:textId="77777777" w:rsidTr="00504D87">
        <w:trPr>
          <w:trHeight w:hRule="exact" w:val="328"/>
        </w:trPr>
        <w:tc>
          <w:tcPr>
            <w:tcW w:w="4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50669" w14:textId="6ADBF787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2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</w:rPr>
              <w:t>Итого по модулю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53AC87" w14:textId="13B3EDDB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2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</w:rPr>
              <w:t>14</w:t>
            </w:r>
          </w:p>
        </w:tc>
        <w:tc>
          <w:tcPr>
            <w:tcW w:w="4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55BFEC" w14:textId="77777777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2"/>
              </w:rPr>
            </w:pPr>
          </w:p>
        </w:tc>
      </w:tr>
      <w:tr w:rsidR="007331C8" w:rsidRPr="00FD40B2" w14:paraId="044C7424" w14:textId="77777777" w:rsidTr="00504D87">
        <w:trPr>
          <w:trHeight w:hRule="exact" w:val="328"/>
        </w:trPr>
        <w:tc>
          <w:tcPr>
            <w:tcW w:w="4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62F2C2" w14:textId="74B6FE67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2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  <w:lang w:val="ru-RU"/>
              </w:rPr>
              <w:t>ОБЩЕЕ КОЛИЧЕСТВО ЧАСОВ ПО ПРОГРАММЕ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07D592" w14:textId="2DFA222A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2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</w:rPr>
              <w:t>34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98F464" w14:textId="6FFD83E4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2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  <w:lang w:val="ru-RU"/>
              </w:rPr>
              <w:t>0</w:t>
            </w:r>
          </w:p>
        </w:tc>
        <w:tc>
          <w:tcPr>
            <w:tcW w:w="3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8B9128" w14:textId="4CF445A8" w:rsidR="007331C8" w:rsidRPr="00FD40B2" w:rsidRDefault="007331C8" w:rsidP="007331C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/>
                <w:color w:val="000000"/>
                <w:w w:val="97"/>
                <w:sz w:val="12"/>
                <w:lang w:val="ru-RU"/>
              </w:rPr>
            </w:pPr>
            <w:r w:rsidRPr="00FD40B2">
              <w:rPr>
                <w:rFonts w:ascii="Times New Roman" w:eastAsia="Times New Roman" w:hAnsi="Times New Roman"/>
                <w:color w:val="000000"/>
                <w:w w:val="97"/>
                <w:sz w:val="12"/>
                <w:lang w:val="ru-RU"/>
              </w:rPr>
              <w:t>16</w:t>
            </w:r>
          </w:p>
        </w:tc>
      </w:tr>
    </w:tbl>
    <w:p w14:paraId="5674A499" w14:textId="77777777" w:rsidR="00E51644" w:rsidRPr="007331C8" w:rsidRDefault="00E51644">
      <w:pPr>
        <w:rPr>
          <w:sz w:val="20"/>
          <w:szCs w:val="20"/>
          <w:lang w:val="ru-RU"/>
        </w:rPr>
        <w:sectPr w:rsidR="00E51644" w:rsidRPr="007331C8">
          <w:pgSz w:w="16840" w:h="11900"/>
          <w:pgMar w:top="284" w:right="640" w:bottom="364" w:left="666" w:header="720" w:footer="720" w:gutter="0"/>
          <w:cols w:space="720" w:equalWidth="0">
            <w:col w:w="15534" w:space="0"/>
          </w:cols>
          <w:docGrid w:linePitch="360"/>
        </w:sectPr>
      </w:pPr>
    </w:p>
    <w:p w14:paraId="302C3140" w14:textId="1B7BCBC0" w:rsidR="00E51644" w:rsidRDefault="00FD40B2" w:rsidP="00FD40B2">
      <w:pPr>
        <w:pStyle w:val="ae"/>
        <w:numPr>
          <w:ilvl w:val="0"/>
          <w:numId w:val="10"/>
        </w:numPr>
        <w:autoSpaceDE w:val="0"/>
        <w:autoSpaceDN w:val="0"/>
        <w:spacing w:after="140" w:line="408" w:lineRule="auto"/>
        <w:ind w:right="6624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 xml:space="preserve">ПОУРОЧНОЕ </w:t>
      </w:r>
      <w:r w:rsidR="00057968" w:rsidRPr="00FD40B2">
        <w:rPr>
          <w:rFonts w:ascii="Times New Roman" w:eastAsia="Times New Roman" w:hAnsi="Times New Roman"/>
          <w:b/>
          <w:color w:val="000000"/>
          <w:sz w:val="24"/>
        </w:rPr>
        <w:t xml:space="preserve">ПЛАНИРОВАНИЕ </w:t>
      </w:r>
      <w:r w:rsidR="00057968">
        <w:br/>
      </w:r>
      <w:r w:rsidR="00057968" w:rsidRPr="00FD40B2">
        <w:rPr>
          <w:rFonts w:ascii="Times New Roman" w:eastAsia="Times New Roman" w:hAnsi="Times New Roman"/>
          <w:b/>
          <w:color w:val="000000"/>
          <w:sz w:val="24"/>
        </w:rPr>
        <w:t xml:space="preserve">5 КЛАСС </w:t>
      </w:r>
      <w:r w:rsidR="00057968">
        <w:br/>
      </w:r>
    </w:p>
    <w:tbl>
      <w:tblPr>
        <w:tblpPr w:leftFromText="180" w:rightFromText="180" w:vertAnchor="text" w:tblpY="1"/>
        <w:tblOverlap w:val="never"/>
        <w:tblW w:w="10064" w:type="dxa"/>
        <w:tblLayout w:type="fixed"/>
        <w:tblLook w:val="04A0" w:firstRow="1" w:lastRow="0" w:firstColumn="1" w:lastColumn="0" w:noHBand="0" w:noVBand="1"/>
      </w:tblPr>
      <w:tblGrid>
        <w:gridCol w:w="504"/>
        <w:gridCol w:w="2756"/>
        <w:gridCol w:w="708"/>
        <w:gridCol w:w="1276"/>
        <w:gridCol w:w="992"/>
        <w:gridCol w:w="2268"/>
        <w:gridCol w:w="1560"/>
      </w:tblGrid>
      <w:tr w:rsidR="001C031B" w14:paraId="78C91AD8" w14:textId="77777777" w:rsidTr="00596212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A29DC" w14:textId="77777777" w:rsidR="001C031B" w:rsidRDefault="001C031B" w:rsidP="0059621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4ACF2" w14:textId="77777777" w:rsidR="001C031B" w:rsidRDefault="001C031B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FB9975" w14:textId="77777777" w:rsidR="001C031B" w:rsidRDefault="001C031B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D00093" w14:textId="77777777" w:rsidR="001C031B" w:rsidRDefault="001C031B" w:rsidP="00596212">
            <w:pPr>
              <w:rPr>
                <w:b/>
                <w:bCs/>
                <w:lang w:val="ru-RU"/>
              </w:rPr>
            </w:pPr>
            <w:r w:rsidRPr="00661131">
              <w:rPr>
                <w:b/>
                <w:bCs/>
                <w:lang w:val="ru-RU"/>
              </w:rPr>
              <w:t>Дата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ru-RU"/>
              </w:rPr>
              <w:t>изучения/</w:t>
            </w:r>
          </w:p>
          <w:p w14:paraId="207A1023" w14:textId="77777777" w:rsidR="001C031B" w:rsidRDefault="001C031B" w:rsidP="00596212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воспитательный  потенциал</w:t>
            </w:r>
          </w:p>
          <w:p w14:paraId="022B2389" w14:textId="77777777" w:rsidR="001E1631" w:rsidRDefault="001E1631" w:rsidP="00596212">
            <w:pPr>
              <w:rPr>
                <w:b/>
                <w:bCs/>
                <w:lang w:val="ru-RU"/>
              </w:rPr>
            </w:pPr>
          </w:p>
          <w:p w14:paraId="43854958" w14:textId="461DD96E" w:rsidR="001E1631" w:rsidRPr="001C031B" w:rsidRDefault="001E1631" w:rsidP="00596212">
            <w:pP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AD34D" w14:textId="7B533E2D" w:rsidR="001C031B" w:rsidRDefault="001C031B" w:rsidP="00596212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1C031B" w14:paraId="0759D114" w14:textId="77777777" w:rsidTr="00596212">
        <w:trPr>
          <w:trHeight w:hRule="exact" w:val="1217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7C3A2" w14:textId="77777777" w:rsidR="001C031B" w:rsidRDefault="001C031B" w:rsidP="00596212"/>
        </w:tc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FEBB" w14:textId="77777777" w:rsidR="001C031B" w:rsidRDefault="001C031B" w:rsidP="00596212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146D2" w14:textId="77777777" w:rsidR="001C031B" w:rsidRDefault="001C031B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69591" w14:textId="77777777" w:rsidR="001C031B" w:rsidRDefault="001C031B" w:rsidP="0059621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4CD1F" w14:textId="77777777" w:rsidR="001C031B" w:rsidRDefault="001C031B" w:rsidP="00596212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3D174" w14:textId="497C8C3C" w:rsidR="001C031B" w:rsidRPr="00661131" w:rsidRDefault="001C031B" w:rsidP="00596212">
            <w:pPr>
              <w:rPr>
                <w:b/>
                <w:bCs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DD1E3" w14:textId="6B5B9EB1" w:rsidR="001C031B" w:rsidRDefault="001C031B" w:rsidP="00596212"/>
        </w:tc>
      </w:tr>
      <w:tr w:rsidR="007857A5" w:rsidRPr="001C031B" w14:paraId="62C1EFE2" w14:textId="77777777" w:rsidTr="00596212">
        <w:trPr>
          <w:trHeight w:hRule="exact" w:val="71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6970D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CD9CB2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Потребности технологии и человека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143BC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072CB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909403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DE860" w14:textId="442A313D" w:rsidR="007857A5" w:rsidRPr="001C031B" w:rsidRDefault="00661131" w:rsidP="00596212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06.09.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8B0EC2" w14:textId="22E73160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7857A5" w:rsidRPr="001C031B" w14:paraId="599F921D" w14:textId="77777777" w:rsidTr="00596212">
        <w:trPr>
          <w:trHeight w:hRule="exact" w:val="72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1C8EE9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A36A5E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Технологии вокруг нас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347D4D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B7D533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B0AC0" w14:textId="77A09855" w:rsidR="007857A5" w:rsidRPr="001C031B" w:rsidRDefault="007857A5" w:rsidP="00596212">
            <w:pPr>
              <w:tabs>
                <w:tab w:val="left" w:pos="945"/>
              </w:tabs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  <w:r w:rsidRPr="001C031B">
              <w:rPr>
                <w:rFonts w:ascii="Times New Roman" w:eastAsia="Times New Roman" w:hAnsi="Times New Roman"/>
                <w:color w:val="000000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3737" w14:textId="71E206CC" w:rsidR="007857A5" w:rsidRPr="001C031B" w:rsidRDefault="00661131" w:rsidP="00596212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06.09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584017" w14:textId="1FA85CB4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7857A5" w:rsidRPr="001C031B" w14:paraId="3520786F" w14:textId="77777777" w:rsidTr="00596212">
        <w:trPr>
          <w:trHeight w:hRule="exact" w:val="7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5419E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3377F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Техносфера и ее элементы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4C899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E057AB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901CE7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7EE6" w14:textId="4627FCD5" w:rsidR="007857A5" w:rsidRPr="001C031B" w:rsidRDefault="00661131" w:rsidP="00596212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13.09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B1A555" w14:textId="2BC7F9F2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7857A5" w:rsidRPr="001C031B" w14:paraId="42FF4B30" w14:textId="77777777" w:rsidTr="0059621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B909E6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D92A7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Элементы техносферы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AFB8D5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5284A4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7696F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7A663" w14:textId="3FB10FE0" w:rsidR="007857A5" w:rsidRPr="001C031B" w:rsidRDefault="00661131" w:rsidP="00596212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13.09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54A9B4" w14:textId="0D2D0A0F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7857A5" w:rsidRPr="001C031B" w14:paraId="5D8434FE" w14:textId="77777777" w:rsidTr="00B33B50">
        <w:trPr>
          <w:trHeight w:hRule="exact" w:val="7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44063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6E888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Машины и механизмы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23B00D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25CC4C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1B56D4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D47C" w14:textId="4D1B828C" w:rsidR="007857A5" w:rsidRPr="001C031B" w:rsidRDefault="0092564D" w:rsidP="00596212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20.09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DEC6F9" w14:textId="38E6DBA3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7857A5" w:rsidRPr="001C031B" w14:paraId="67B95530" w14:textId="77777777" w:rsidTr="00B33B50">
        <w:trPr>
          <w:trHeight w:hRule="exact" w:val="60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F1DBC0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8828AB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Какие бывают профессии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D12BE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14EF12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45C89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4429" w14:textId="48332609" w:rsidR="007857A5" w:rsidRPr="001C031B" w:rsidRDefault="0092564D" w:rsidP="00596212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20.09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EA2D2" w14:textId="01D84B7A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7857A5" w:rsidRPr="001C031B" w14:paraId="02E1E522" w14:textId="77777777" w:rsidTr="00596212">
        <w:trPr>
          <w:trHeight w:hRule="exact" w:val="156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5F8DD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7.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91BBE" w14:textId="5E1D42B4" w:rsidR="007857A5" w:rsidRPr="001C031B" w:rsidRDefault="006C23DA" w:rsidP="00596212">
            <w:pPr>
              <w:autoSpaceDE w:val="0"/>
              <w:autoSpaceDN w:val="0"/>
              <w:spacing w:before="98" w:after="0" w:line="262" w:lineRule="auto"/>
              <w:ind w:left="72" w:right="144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Когнитивн</w:t>
            </w:r>
            <w:r w:rsidR="00BD2E7E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е технологии. Проектирование и </w:t>
            </w:r>
            <w:r w:rsidR="007857A5" w:rsidRPr="001C031B">
              <w:rPr>
                <w:rFonts w:ascii="Times New Roman" w:eastAsia="Times New Roman" w:hAnsi="Times New Roman"/>
                <w:color w:val="000000"/>
                <w:lang w:val="ru-RU"/>
              </w:rPr>
              <w:t>проекты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19F940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BF30E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81BA7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1E63" w14:textId="4686B5DD" w:rsidR="007857A5" w:rsidRPr="001C031B" w:rsidRDefault="0092564D" w:rsidP="0059621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27.09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B9BF05" w14:textId="2747C59F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7857A5" w:rsidRPr="001C031B" w14:paraId="74663BD0" w14:textId="77777777" w:rsidTr="00B33B50">
        <w:trPr>
          <w:trHeight w:hRule="exact" w:val="152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FF350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C6131C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Этапы выполнения проекта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D82238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57A5C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40838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5216" w14:textId="033E57A4" w:rsidR="001C031B" w:rsidRPr="001C031B" w:rsidRDefault="0092564D" w:rsidP="00596212">
            <w:pPr>
              <w:autoSpaceDE w:val="0"/>
              <w:autoSpaceDN w:val="0"/>
              <w:spacing w:before="98" w:after="0" w:line="262" w:lineRule="auto"/>
              <w:ind w:left="72" w:right="144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27.09</w:t>
            </w:r>
            <w:r w:rsidR="001C031B"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         </w:t>
            </w:r>
            <w:r w:rsidR="001C031B" w:rsidRPr="001C031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Международный</w:t>
            </w:r>
          </w:p>
          <w:p w14:paraId="67EBF2FA" w14:textId="77777777" w:rsidR="001C031B" w:rsidRPr="001C031B" w:rsidRDefault="001C031B" w:rsidP="0059621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C031B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день</w:t>
            </w:r>
          </w:p>
          <w:p w14:paraId="1C76C031" w14:textId="77777777" w:rsidR="00B33B50" w:rsidRDefault="001C031B" w:rsidP="00596212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 w:rsidRPr="001C031B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пожилых</w:t>
            </w:r>
            <w:r w:rsidR="00BD2E7E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 xml:space="preserve"> </w:t>
            </w:r>
            <w:r w:rsidR="006C23DA"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людей</w:t>
            </w:r>
          </w:p>
          <w:p w14:paraId="3CBA88CE" w14:textId="2341556B" w:rsidR="001C031B" w:rsidRPr="006C23DA" w:rsidRDefault="00B33B50" w:rsidP="00596212">
            <w:pPr>
              <w:shd w:val="clear" w:color="auto" w:fill="FFFFFF"/>
              <w:spacing w:after="0" w:line="240" w:lineRule="auto"/>
              <w:jc w:val="center"/>
              <w:rPr>
                <w:rFonts w:ascii="YS Text" w:eastAsia="Times New Roman" w:hAnsi="YS Text" w:cs="Times New Roman"/>
                <w:color w:val="000000"/>
                <w:lang w:val="ru-RU" w:eastAsia="ru-RU"/>
              </w:rPr>
            </w:pPr>
            <w:r>
              <w:rPr>
                <w:rFonts w:ascii="YS Text" w:eastAsia="Times New Roman" w:hAnsi="YS Text" w:cs="Times New Roman"/>
                <w:color w:val="000000"/>
                <w:lang w:val="ru-RU" w:eastAsia="ru-RU"/>
              </w:rPr>
              <w:t>( 1.10)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CC1C4B" w14:textId="331B633A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7857A5" w:rsidRPr="001C031B" w14:paraId="5D7D35A6" w14:textId="77777777" w:rsidTr="00596212">
        <w:trPr>
          <w:trHeight w:hRule="exact" w:val="12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11A136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9.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6257D3" w14:textId="77777777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1440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D0373C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3BCC2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D2EA5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2F8A" w14:textId="77777777" w:rsidR="007857A5" w:rsidRDefault="0092564D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04.10</w:t>
            </w:r>
          </w:p>
          <w:p w14:paraId="51529FC1" w14:textId="644BBC39" w:rsidR="00BD2E7E" w:rsidRPr="001C031B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День защиты животных</w:t>
            </w:r>
            <w:r w:rsidR="00940ABC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(4.1</w:t>
            </w:r>
            <w:r w:rsidR="00B33B50">
              <w:rPr>
                <w:rFonts w:ascii="Times New Roman" w:eastAsia="Times New Roman" w:hAnsi="Times New Roman"/>
                <w:color w:val="000000"/>
                <w:lang w:val="ru-RU"/>
              </w:rPr>
              <w:t>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37DC7" w14:textId="5B1F0D6B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Письменный контроль;</w:t>
            </w:r>
          </w:p>
        </w:tc>
      </w:tr>
      <w:tr w:rsidR="007857A5" w:rsidRPr="001C031B" w14:paraId="572A9A1F" w14:textId="77777777" w:rsidTr="00596212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012E6" w14:textId="77777777" w:rsidR="007857A5" w:rsidRPr="001C031B" w:rsidRDefault="007857A5" w:rsidP="00596212">
            <w:pPr>
              <w:autoSpaceDE w:val="0"/>
              <w:autoSpaceDN w:val="0"/>
              <w:spacing w:before="100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10.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61C31D" w14:textId="77777777" w:rsidR="007857A5" w:rsidRPr="001C031B" w:rsidRDefault="007857A5" w:rsidP="00596212">
            <w:pPr>
              <w:autoSpaceDE w:val="0"/>
              <w:autoSpaceDN w:val="0"/>
              <w:spacing w:before="100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Основы графической грамоты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72D43" w14:textId="77777777" w:rsidR="007857A5" w:rsidRPr="001C031B" w:rsidRDefault="007857A5" w:rsidP="00596212">
            <w:pPr>
              <w:autoSpaceDE w:val="0"/>
              <w:autoSpaceDN w:val="0"/>
              <w:spacing w:before="100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E05BBF" w14:textId="77777777" w:rsidR="007857A5" w:rsidRPr="001C031B" w:rsidRDefault="007857A5" w:rsidP="00596212">
            <w:pPr>
              <w:autoSpaceDE w:val="0"/>
              <w:autoSpaceDN w:val="0"/>
              <w:spacing w:before="100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2CAAB2" w14:textId="77777777" w:rsidR="007857A5" w:rsidRPr="001C031B" w:rsidRDefault="007857A5" w:rsidP="00596212">
            <w:pPr>
              <w:autoSpaceDE w:val="0"/>
              <w:autoSpaceDN w:val="0"/>
              <w:spacing w:before="100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82DF" w14:textId="13C7A2EB" w:rsidR="007857A5" w:rsidRPr="001C031B" w:rsidRDefault="0092564D" w:rsidP="00596212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04.10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D2F42" w14:textId="69C79FCE" w:rsidR="007857A5" w:rsidRPr="001C031B" w:rsidRDefault="007857A5" w:rsidP="00596212">
            <w:pPr>
              <w:autoSpaceDE w:val="0"/>
              <w:autoSpaceDN w:val="0"/>
              <w:spacing w:before="100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7857A5" w:rsidRPr="001C031B" w14:paraId="5D0A31FE" w14:textId="77777777" w:rsidTr="00596212">
        <w:trPr>
          <w:trHeight w:hRule="exact" w:val="7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676900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33F612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Применение графической информации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3FEE9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6F97A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D8614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1637" w14:textId="07911DF1" w:rsidR="007857A5" w:rsidRPr="001C031B" w:rsidRDefault="0092564D" w:rsidP="00596212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11.10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2D6F0E" w14:textId="078B611C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Тестирование;</w:t>
            </w:r>
          </w:p>
        </w:tc>
      </w:tr>
      <w:tr w:rsidR="007857A5" w:rsidRPr="001C031B" w14:paraId="77C00A99" w14:textId="77777777" w:rsidTr="0059621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2CC92B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2E660A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Графические изображения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0D6B5D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DCD7E7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53A257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6A55D" w14:textId="10179A0B" w:rsidR="007857A5" w:rsidRPr="001C031B" w:rsidRDefault="0092564D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11.10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87D33F" w14:textId="2275E172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7857A5" w:rsidRPr="001C031B" w14:paraId="78682FF2" w14:textId="77777777" w:rsidTr="004C6EEF">
        <w:trPr>
          <w:trHeight w:hRule="exact" w:val="100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3934F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lastRenderedPageBreak/>
              <w:t>13.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6FDC4" w14:textId="77777777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Основные элементы графических изображений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12074B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AE9FD7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6BB8C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BAF9" w14:textId="757B5E61" w:rsidR="007857A5" w:rsidRPr="001C031B" w:rsidRDefault="0092564D" w:rsidP="00596212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18.10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C5A56D" w14:textId="5A12972F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7857A5" w:rsidRPr="001C031B" w14:paraId="7E907C94" w14:textId="77777777" w:rsidTr="00596212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43F97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085441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Правила черчения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9517A2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86968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B0A687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B0D0" w14:textId="4431E3E9" w:rsidR="007857A5" w:rsidRPr="001C031B" w:rsidRDefault="0092564D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18.10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16A87" w14:textId="7F978E36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7857A5" w:rsidRPr="001C031B" w14:paraId="5B4476D7" w14:textId="77777777" w:rsidTr="00596212">
        <w:trPr>
          <w:trHeight w:hRule="exact" w:val="6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83B2C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D2AEC6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Правила построения чертежей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87A6B7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38A93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83045" w14:textId="77777777" w:rsidR="007857A5" w:rsidRPr="001C031B" w:rsidRDefault="007857A5" w:rsidP="00596212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E495" w14:textId="77777777" w:rsidR="007857A5" w:rsidRDefault="0092564D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25.10</w:t>
            </w:r>
          </w:p>
          <w:p w14:paraId="35917C54" w14:textId="2436DC02" w:rsidR="00BD2E7E" w:rsidRPr="001C031B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20C578" w14:textId="17871DDE" w:rsidR="007857A5" w:rsidRPr="001C031B" w:rsidRDefault="007857A5" w:rsidP="00596212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D2E7E" w:rsidRPr="001C031B" w14:paraId="6193565A" w14:textId="77777777" w:rsidTr="00596212">
        <w:trPr>
          <w:trHeight w:hRule="exact" w:val="10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8769A" w14:textId="575D93F0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AD72D" w14:textId="3C0154CD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Чтение чертежа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CD9C09" w14:textId="1A1F048E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E7D212" w14:textId="32FE8B63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2DD59" w14:textId="6A361999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6CE2" w14:textId="3880EB1C" w:rsidR="00BD2E7E" w:rsidRPr="001C031B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25.10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7F3DE" w14:textId="44C8538F" w:rsidR="00BD2E7E" w:rsidRPr="001C031B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D2E7E" w:rsidRPr="001C031B" w14:paraId="0CBDDC7D" w14:textId="77777777" w:rsidTr="00596212">
        <w:trPr>
          <w:trHeight w:hRule="exact" w:val="10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4D693D" w14:textId="543A6C3D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17.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B3702" w14:textId="60575173" w:rsidR="00BD2E7E" w:rsidRPr="00BD2E7E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Технология, её основные составляющие. Бумага и её свойства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0A0625" w14:textId="10DC9B32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A78AE" w14:textId="7A3A8EA6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1490BD" w14:textId="337F6D11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87B0" w14:textId="77777777" w:rsidR="00BD2E7E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08.11</w:t>
            </w:r>
          </w:p>
          <w:p w14:paraId="66018138" w14:textId="348A0E87" w:rsidR="003118C9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День народного единства ( 4.11)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72406" w14:textId="0DBF5498" w:rsidR="00BD2E7E" w:rsidRPr="001C031B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D2E7E" w:rsidRPr="001C031B" w14:paraId="0557869D" w14:textId="77777777" w:rsidTr="00596212">
        <w:trPr>
          <w:trHeight w:hRule="exact" w:val="10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AEAF39" w14:textId="001D0C7C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851751" w14:textId="7574AC89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Виды и свойства конструкционных материалов. </w:t>
            </w:r>
            <w:r w:rsidRPr="001C031B">
              <w:rPr>
                <w:rFonts w:ascii="Times New Roman" w:eastAsia="Times New Roman" w:hAnsi="Times New Roman"/>
                <w:color w:val="000000"/>
              </w:rPr>
              <w:t>Древесина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DC50B2" w14:textId="180C0C85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0A771" w14:textId="2148F8D9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F44762" w14:textId="077F6EF5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F5428" w14:textId="77777777" w:rsidR="00BD2E7E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08.11</w:t>
            </w:r>
          </w:p>
          <w:p w14:paraId="48635052" w14:textId="336E03A7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D2BD6" w14:textId="5B851B2E" w:rsidR="00BD2E7E" w:rsidRPr="001C031B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BD2E7E" w:rsidRPr="001C031B" w14:paraId="36BE1068" w14:textId="77777777" w:rsidTr="00596212">
        <w:trPr>
          <w:trHeight w:hRule="exact" w:val="109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8A649" w14:textId="1C70A814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19.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9000E7" w14:textId="28ECBE1D" w:rsidR="00BD2E7E" w:rsidRPr="00BD2E7E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Народные промыслы по обработке древесины. Ручной инструмент для обработки древесины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7F9B92" w14:textId="1D4636E1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802169" w14:textId="29B40F23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8E65CD" w14:textId="7BB56A6F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E3A24E8" w14:textId="77777777" w:rsidR="00BD2E7E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15.11</w:t>
            </w:r>
          </w:p>
          <w:p w14:paraId="6BE44D33" w14:textId="1E52C3D8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Всероссийский день призывника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294AA" w14:textId="7EC621B0" w:rsidR="00BD2E7E" w:rsidRPr="001C031B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Письменный контроль;</w:t>
            </w:r>
          </w:p>
        </w:tc>
      </w:tr>
      <w:tr w:rsidR="00BD2E7E" w:rsidRPr="001C031B" w14:paraId="69F0C267" w14:textId="77777777" w:rsidTr="00596212">
        <w:trPr>
          <w:trHeight w:hRule="exact" w:val="1093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9E0B3B" w14:textId="12076BD4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20.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2192E7" w14:textId="41C0667A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Электрифицированный инструмент для обработки древесины. </w:t>
            </w:r>
            <w:r w:rsidRPr="001C031B">
              <w:rPr>
                <w:rFonts w:ascii="Times New Roman" w:eastAsia="Times New Roman" w:hAnsi="Times New Roman"/>
                <w:color w:val="000000"/>
              </w:rPr>
              <w:t>Приёмы работы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0D71CD" w14:textId="0D283495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D37CB3" w14:textId="5A75FEEF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38D7B" w14:textId="7BC2099C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79934" w14:textId="5DF7B05D" w:rsidR="00BD2E7E" w:rsidRPr="001C031B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15.11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FD1A8F" w14:textId="0235C205" w:rsidR="00BD2E7E" w:rsidRPr="001C031B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D2E7E" w:rsidRPr="001C031B" w14:paraId="50F9F5A8" w14:textId="77777777" w:rsidTr="00596212">
        <w:trPr>
          <w:trHeight w:hRule="exact" w:val="191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101333" w14:textId="6360F24F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21.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BD87FB" w14:textId="193CBF42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Декорирование древесины. Приёмы </w:t>
            </w:r>
            <w:r w:rsidRPr="001C031B">
              <w:rPr>
                <w:lang w:val="ru-RU"/>
              </w:rPr>
              <w:br/>
            </w: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тонирования и лакирования изделий из древесины. </w:t>
            </w:r>
            <w:r w:rsidRPr="001C031B">
              <w:rPr>
                <w:rFonts w:ascii="Times New Roman" w:eastAsia="Times New Roman" w:hAnsi="Times New Roman"/>
                <w:color w:val="000000"/>
              </w:rPr>
              <w:t>Качество изделия. Контроль и оценка качества изделий из древесины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169D13" w14:textId="4A820970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94A32B" w14:textId="79B0EBF2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44641D" w14:textId="13589016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18EEB" w14:textId="479C687E" w:rsidR="00BD2E7E" w:rsidRPr="001C031B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22.11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9493E2" w14:textId="56619512" w:rsidR="00BD2E7E" w:rsidRPr="001C031B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D2E7E" w:rsidRPr="001C031B" w14:paraId="0DA78F5D" w14:textId="77777777" w:rsidTr="00596212">
        <w:trPr>
          <w:trHeight w:hRule="exact" w:val="168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BDF412" w14:textId="78A0B192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22.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491C4B" w14:textId="47C92CAB" w:rsidR="00BD2E7E" w:rsidRPr="00BD2E7E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Профессии, связанные с производством и обработкой древесины.Защита проекта«Изделие из древесины»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CF6D93" w14:textId="0BC37511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AB4B7E" w14:textId="646EB197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7BBEE6" w14:textId="059FD257" w:rsidR="00BD2E7E" w:rsidRPr="001C031B" w:rsidRDefault="00BD2E7E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731C8" w14:textId="5F54F6F8" w:rsidR="00BD2E7E" w:rsidRPr="001C031B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22.11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DA749" w14:textId="59937E1B" w:rsidR="00BD2E7E" w:rsidRPr="001C031B" w:rsidRDefault="00BD2E7E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3118C9" w:rsidRPr="001C031B" w14:paraId="41721D11" w14:textId="77777777" w:rsidTr="00596212">
        <w:trPr>
          <w:trHeight w:hRule="exact" w:val="128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A68F42" w14:textId="04C00CED" w:rsidR="003118C9" w:rsidRPr="001C031B" w:rsidRDefault="003118C9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23.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D2D00F" w14:textId="56BC948C" w:rsidR="003118C9" w:rsidRPr="001C031B" w:rsidRDefault="003118C9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Основы рационального питания.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84BDAB" w14:textId="1B9B9E65" w:rsidR="003118C9" w:rsidRPr="001C031B" w:rsidRDefault="003118C9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6D2A61" w14:textId="3C1852DF" w:rsidR="003118C9" w:rsidRPr="001C031B" w:rsidRDefault="003118C9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F9C3C" w14:textId="0C30081C" w:rsidR="003118C9" w:rsidRPr="001C031B" w:rsidRDefault="003118C9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ACCE2" w14:textId="77777777" w:rsidR="003118C9" w:rsidRDefault="003118C9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29.11</w:t>
            </w:r>
          </w:p>
          <w:p w14:paraId="04199134" w14:textId="002AE6B2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День Российского герба РФ (30.11)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E41E7A" w14:textId="746BEDE0" w:rsidR="003118C9" w:rsidRPr="001C031B" w:rsidRDefault="003118C9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3118C9" w:rsidRPr="001C031B" w14:paraId="398A539F" w14:textId="77777777" w:rsidTr="00596212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E6C4B5" w14:textId="6B91A39B" w:rsidR="003118C9" w:rsidRPr="001C031B" w:rsidRDefault="003118C9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24.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15298D" w14:textId="4D3E6D9D" w:rsidR="003118C9" w:rsidRPr="001C031B" w:rsidRDefault="003118C9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E7B8E1" w14:textId="6F00070F" w:rsidR="003118C9" w:rsidRPr="001C031B" w:rsidRDefault="003118C9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AC3B20" w14:textId="6F1BC148" w:rsidR="003118C9" w:rsidRPr="001C031B" w:rsidRDefault="003118C9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64F49E" w14:textId="16D2EAA9" w:rsidR="003118C9" w:rsidRPr="001C031B" w:rsidRDefault="003118C9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41DE" w14:textId="3481007B" w:rsidR="003118C9" w:rsidRPr="001C031B" w:rsidRDefault="003118C9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29.11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30ADD9" w14:textId="53FC332B" w:rsidR="003118C9" w:rsidRPr="001C031B" w:rsidRDefault="003118C9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Письменный контроль;</w:t>
            </w:r>
          </w:p>
        </w:tc>
      </w:tr>
      <w:tr w:rsidR="003118C9" w:rsidRPr="001C031B" w14:paraId="2FE0C82B" w14:textId="77777777" w:rsidTr="00596212">
        <w:trPr>
          <w:trHeight w:hRule="exact" w:val="170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6B791" w14:textId="558322AC" w:rsidR="003118C9" w:rsidRPr="003118C9" w:rsidRDefault="003118C9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lastRenderedPageBreak/>
              <w:t>25.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DD0240" w14:textId="22D60A36" w:rsidR="003118C9" w:rsidRPr="001C031B" w:rsidRDefault="003118C9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Первичная обработка овощей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AC4384" w14:textId="08527869" w:rsidR="003118C9" w:rsidRPr="001C031B" w:rsidRDefault="003118C9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6F8F1" w14:textId="5EE20FDC" w:rsidR="003118C9" w:rsidRPr="001C031B" w:rsidRDefault="003118C9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A91528" w14:textId="21876236" w:rsidR="003118C9" w:rsidRPr="001C031B" w:rsidRDefault="003118C9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E0F7" w14:textId="77777777" w:rsidR="003118C9" w:rsidRDefault="003118C9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06.12</w:t>
            </w:r>
          </w:p>
          <w:p w14:paraId="1A99CD60" w14:textId="77777777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Международный день инвалидов</w:t>
            </w:r>
          </w:p>
          <w:p w14:paraId="2E9D970B" w14:textId="03EC482E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( 3.12)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B84FF8" w14:textId="6D631002" w:rsidR="003118C9" w:rsidRPr="001C031B" w:rsidRDefault="003118C9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596212" w:rsidRPr="001C031B" w14:paraId="24451C36" w14:textId="77777777" w:rsidTr="00596212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08CF86" w14:textId="214FC8C8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26.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0E18AC" w14:textId="0CD6606C" w:rsidR="00596212" w:rsidRPr="00596212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Технология приготовления салатов и бутербродов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D58C3F" w14:textId="173DD8D1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24035" w14:textId="3AB38BA3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15D359" w14:textId="1500D185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659C99D" w14:textId="5B72A4F8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06.12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983C11" w14:textId="582FAD23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596212" w:rsidRPr="001C031B" w14:paraId="25B3C7D1" w14:textId="77777777" w:rsidTr="00596212">
        <w:trPr>
          <w:trHeight w:hRule="exact" w:val="854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F1312" w14:textId="3811F8E6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27.</w:t>
            </w:r>
          </w:p>
        </w:tc>
        <w:tc>
          <w:tcPr>
            <w:tcW w:w="275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5B3EDA" w14:textId="24865996" w:rsidR="00596212" w:rsidRPr="00596212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Первичная  и тепловая обработка овощей и круп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871C91" w14:textId="512794A6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FCBC1" w14:textId="767E973E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188639" w14:textId="717D17C9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341D" w14:textId="67067A5F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13.12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F61C98" w14:textId="7E916E31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596212" w:rsidRPr="001C031B" w14:paraId="19A0D56D" w14:textId="77777777" w:rsidTr="00596212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AC3D4B" w14:textId="2C3D4C48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28.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B83E49" w14:textId="46A43102" w:rsidR="00596212" w:rsidRPr="00596212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Технология приготовления блюд из круп и яиц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3A60C5" w14:textId="23F9052D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F2EEC" w14:textId="234854F5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D7E6E8" w14:textId="28F00B07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21D95" w14:textId="1BE3E516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13.12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F5CC06" w14:textId="10D832CB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596212" w:rsidRPr="001C031B" w14:paraId="606CF541" w14:textId="77777777" w:rsidTr="00596212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208D6" w14:textId="51215941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29.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D9BDC6" w14:textId="076A05B5" w:rsidR="00596212" w:rsidRPr="00596212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Кулинария. Кухня, санитарно-</w:t>
            </w:r>
            <w:r w:rsidRPr="001C031B">
              <w:rPr>
                <w:lang w:val="ru-RU"/>
              </w:rPr>
              <w:br/>
            </w: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гигиенические требования к помещению кухни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52526F" w14:textId="0969A43C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314FAF" w14:textId="34CE3D1B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A9AA8" w14:textId="670B0E32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BEDB5" w14:textId="2E2C88C1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20.12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FB07F4" w14:textId="7D871FDD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596212" w:rsidRPr="001C031B" w14:paraId="4C5EAEE5" w14:textId="77777777" w:rsidTr="00596212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85F120" w14:textId="43DE53A0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30.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80547B" w14:textId="433B0228" w:rsidR="00596212" w:rsidRPr="00596212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Интерьер кухни, рациональное размещение ме- бели.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35D643" w14:textId="49CE9AFD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69B18A" w14:textId="161CA950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CD5E0" w14:textId="64982DE3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A493" w14:textId="3D2556C6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20.12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F79010" w14:textId="5C7EC6B1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596212" w:rsidRPr="001C031B" w14:paraId="5573A699" w14:textId="77777777" w:rsidTr="00596212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49B963" w14:textId="06994933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59F8F5" w14:textId="4199D549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Этикет, правила сервировки стола.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B0CD2F" w14:textId="45982E5B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C596B" w14:textId="7A3734EB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F3371" w14:textId="32F60FBC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3A2A" w14:textId="24C67C96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27.12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351500" w14:textId="6DA63F6F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Тестирование;</w:t>
            </w:r>
          </w:p>
        </w:tc>
      </w:tr>
      <w:tr w:rsidR="00596212" w:rsidRPr="001C031B" w14:paraId="011E70F8" w14:textId="77777777" w:rsidTr="00596212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261536" w14:textId="1DDC8754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088857" w14:textId="30405AB0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Защита проекта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6355A2" w14:textId="2FE3DC1E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9147F" w14:textId="53803DFE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434A9" w14:textId="79D723F8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2025" w14:textId="4D8BD41C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27.12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FF02E1" w14:textId="0855091F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596212" w:rsidRPr="001C031B" w14:paraId="2BB47504" w14:textId="77777777" w:rsidTr="00596212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5A9961" w14:textId="4100C7C1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33.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BB10BB" w14:textId="55FC0C9B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Текстильные материалы, их получение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7D9E64" w14:textId="417C79D0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322E9A" w14:textId="5F5A02CB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2C6B3" w14:textId="1B2A049C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DAB6D" w14:textId="35FF8680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10.01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A64BBD" w14:textId="26D7AE53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596212" w:rsidRPr="001C031B" w14:paraId="48B02563" w14:textId="77777777" w:rsidTr="00596212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79F519" w14:textId="3B47671E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BC70CA" w14:textId="3D4BAFE2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Основы материаловедения.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3FAB67" w14:textId="1BA73D9B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9F8D32" w14:textId="79F3283D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F89DE5" w14:textId="005BB090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0EDE" w14:textId="5891364A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10.01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1D28BA" w14:textId="55DC94A4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596212" w:rsidRPr="001C031B" w14:paraId="1EBB9CFE" w14:textId="77777777" w:rsidTr="00596212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92218" w14:textId="0A3F450D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CDC5F7" w14:textId="3848C5A9" w:rsidR="00596212" w:rsidRPr="00596212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Технологии производства тканей с разными свойствами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306700" w14:textId="5AD3B83D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C55C7" w14:textId="074FDFD2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A3608D" w14:textId="1E4A1EBC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CFF9" w14:textId="1C89C28E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17.01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670A1" w14:textId="6BF97429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Тестирование;</w:t>
            </w:r>
          </w:p>
        </w:tc>
      </w:tr>
      <w:tr w:rsidR="00596212" w:rsidRPr="001C031B" w14:paraId="46AEF82D" w14:textId="77777777" w:rsidTr="00596212">
        <w:trPr>
          <w:trHeight w:hRule="exact" w:val="8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7C269E" w14:textId="5BEA3A09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E25B89" w14:textId="43C14FE6" w:rsidR="00596212" w:rsidRPr="00596212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Изучение свойств тканей растительного производства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DE4BF8" w14:textId="6A230238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154195" w14:textId="5C190C1D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81DED3" w14:textId="47F29258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1B7F" w14:textId="3FE523B1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17.01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819E9E" w14:textId="54972274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596212" w:rsidRPr="001C031B" w14:paraId="25E840B1" w14:textId="77777777" w:rsidTr="00596212">
        <w:trPr>
          <w:trHeight w:hRule="exact" w:val="68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92022A" w14:textId="45119E39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37.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9DB33" w14:textId="4FEFC1A1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Ткани, ткацкие переплетения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0B1A7A" w14:textId="3BE41DEC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03AA58" w14:textId="395CB7CF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AA9449" w14:textId="35044835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95B5" w14:textId="0052E217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24.01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6FB6D" w14:textId="06B82EC0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596212" w:rsidRPr="001C031B" w14:paraId="5B9BFDA3" w14:textId="77777777" w:rsidTr="00596212">
        <w:trPr>
          <w:trHeight w:hRule="exact" w:val="53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54A6E3" w14:textId="62E63D89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932D21" w14:textId="35D3AB6B" w:rsidR="00596212" w:rsidRPr="00596212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Изучение и изготовление простых переплетений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71C96" w14:textId="1463FFB1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5078EA" w14:textId="5B54D848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3B7B5B" w14:textId="60FA17B9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81D6F" w14:textId="756CFEAD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24.01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8E2131" w14:textId="71733751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596212" w:rsidRPr="001C031B" w14:paraId="62B9E72D" w14:textId="77777777" w:rsidTr="00596212">
        <w:trPr>
          <w:trHeight w:hRule="exact" w:val="67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4A22B" w14:textId="6C1E2405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39.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E38F2" w14:textId="5B58CEEC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Швейная машина, её устройство.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B4FEA" w14:textId="79071E5B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5A019" w14:textId="2124751B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BB2A1" w14:textId="0EAD63F4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09246" w14:textId="2CE044A2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31.01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683B5B" w14:textId="32B5CF26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596212" w:rsidRPr="001C031B" w14:paraId="79ABBBA4" w14:textId="77777777" w:rsidTr="00596212">
        <w:trPr>
          <w:trHeight w:hRule="exact" w:val="9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69479" w14:textId="25494F1D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40.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6AAC64" w14:textId="086CDCB0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Подготовка машины к работе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44846" w14:textId="535AF48C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359E5E" w14:textId="636489EE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093638" w14:textId="230C5EF5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35BD" w14:textId="77777777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31.01</w:t>
            </w:r>
          </w:p>
          <w:p w14:paraId="4439AF1B" w14:textId="77777777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14:paraId="66B9B849" w14:textId="77777777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14:paraId="7771D36A" w14:textId="17FD2D26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C877E0" w14:textId="1B887DBC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596212" w:rsidRPr="001C031B" w14:paraId="23D066E5" w14:textId="77777777" w:rsidTr="00596212">
        <w:trPr>
          <w:trHeight w:hRule="exact" w:val="184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78201" w14:textId="5E4C5CB4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lastRenderedPageBreak/>
              <w:t>41.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531C3C" w14:textId="328D4334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Виды машинных швов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6EE24C" w14:textId="7057E540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EC2F71" w14:textId="7702AD66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E4BBE1" w14:textId="3CC32AA6" w:rsidR="00596212" w:rsidRPr="001C031B" w:rsidRDefault="00596212" w:rsidP="00596212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A2808" w14:textId="77777777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07.02</w:t>
            </w:r>
          </w:p>
          <w:p w14:paraId="3C419329" w14:textId="77777777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День Российской</w:t>
            </w:r>
          </w:p>
          <w:p w14:paraId="1BAF7548" w14:textId="5BA60031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науки (8.02)</w:t>
            </w:r>
          </w:p>
          <w:p w14:paraId="2D60B727" w14:textId="77777777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14:paraId="47507BD0" w14:textId="77777777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14:paraId="0C1297EC" w14:textId="77777777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14:paraId="48086AC6" w14:textId="03A92C3B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науки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2289C0" w14:textId="268347F1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  <w:p w14:paraId="156BB44E" w14:textId="0BE9D773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</w:p>
          <w:p w14:paraId="24FB0157" w14:textId="56D51A1C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</w:p>
          <w:p w14:paraId="4857891A" w14:textId="4D6A5204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</w:p>
          <w:p w14:paraId="02D94DB5" w14:textId="3C273D58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</w:p>
          <w:p w14:paraId="486938BA" w14:textId="05252410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</w:p>
          <w:p w14:paraId="7CE538E6" w14:textId="79B256D8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</w:p>
          <w:p w14:paraId="49BA9BEC" w14:textId="77777777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</w:p>
          <w:p w14:paraId="6E8082CB" w14:textId="77777777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</w:p>
          <w:p w14:paraId="7F5F051D" w14:textId="77777777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</w:p>
          <w:p w14:paraId="6285E2D6" w14:textId="77777777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</w:p>
          <w:p w14:paraId="1F1EAA77" w14:textId="77777777" w:rsidR="00596212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</w:p>
          <w:p w14:paraId="05F50513" w14:textId="78EC5FA8" w:rsidR="00596212" w:rsidRPr="001C031B" w:rsidRDefault="00596212" w:rsidP="00596212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B85C81" w:rsidRPr="001C031B" w14:paraId="72A77D10" w14:textId="77777777" w:rsidTr="00B85C81">
        <w:trPr>
          <w:trHeight w:hRule="exact" w:val="114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0B6ED" w14:textId="773A7379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667904" w14:textId="186CEA83" w:rsidR="00B85C81" w:rsidRPr="00B85C81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Профессии, связанные со швейным производством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3D5CE6" w14:textId="256D5951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21EA93" w14:textId="6F0834F7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30EF89" w14:textId="28E4DEF1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FDFC" w14:textId="6F499D16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07.02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9949F" w14:textId="761C5784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85C81" w:rsidRPr="001C031B" w14:paraId="3BB0F583" w14:textId="77777777" w:rsidTr="00B85C81">
        <w:trPr>
          <w:trHeight w:hRule="exact" w:val="8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7050B" w14:textId="38564CFA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43.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89455F" w14:textId="61D3ED8F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Конструирование швейных изделий.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372733" w14:textId="1A4D5F84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E7B9A0" w14:textId="25561941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C910C2" w14:textId="7313A555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4AFF4" w14:textId="53BA9C19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14.02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2EF671" w14:textId="39034C6A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B85C81" w:rsidRPr="001C031B" w14:paraId="59B6DBB7" w14:textId="77777777" w:rsidTr="00B85C81">
        <w:trPr>
          <w:trHeight w:hRule="exact" w:val="9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69F36" w14:textId="4E975679" w:rsidR="00B85C81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6A6E5" w14:textId="1EDD433D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 Определение размеров швейного изделия.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BD7595" w14:textId="2969487D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4BF87" w14:textId="470EA845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447530" w14:textId="185A3623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06F6E" w14:textId="57DB92BD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14.02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FA342" w14:textId="1D993514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85C81" w:rsidRPr="001C031B" w14:paraId="77816CE4" w14:textId="77777777" w:rsidTr="00B85C81">
        <w:trPr>
          <w:trHeight w:hRule="exact" w:val="9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23728" w14:textId="199600A2" w:rsidR="00B85C81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ADB50" w14:textId="2AA2FB74" w:rsidR="00B85C81" w:rsidRPr="00B85C81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Конструирование чертежа фартука в М 1:4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3C677A" w14:textId="4995583F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5A7DE0" w14:textId="01675131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BC9F3" w14:textId="73A27248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455E" w14:textId="3A0717D0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21.02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351C0A" w14:textId="3D295BE8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85C81" w:rsidRPr="001C031B" w14:paraId="437AFCDC" w14:textId="77777777" w:rsidTr="00B85C81">
        <w:trPr>
          <w:trHeight w:hRule="exact" w:val="7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CB2DEB" w14:textId="76B7A8D9" w:rsidR="00B85C81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D8D29" w14:textId="7ED5774D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Моделирование фартука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D5EEC" w14:textId="5E4EC985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F557B" w14:textId="0F95D999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7F300B" w14:textId="02C973BD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2E01B" w14:textId="0569D322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21.02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C1193" w14:textId="47D57F0B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85C81" w:rsidRPr="001C031B" w14:paraId="51478A5B" w14:textId="77777777" w:rsidTr="00B85C81">
        <w:trPr>
          <w:trHeight w:hRule="exact" w:val="7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61BBA5" w14:textId="6477A299" w:rsidR="00B85C81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47.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688BD8" w14:textId="5CA5C1CA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Раскрой швейного изделия фартук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C9D4AF" w14:textId="5E084609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F0F0AC" w14:textId="7E73B76F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4DF20B" w14:textId="38511A4E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57B4" w14:textId="1A6AFB47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28.02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7067B5" w14:textId="15369D93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85C81" w:rsidRPr="001C031B" w14:paraId="0A388991" w14:textId="77777777" w:rsidTr="00B85C81">
        <w:trPr>
          <w:trHeight w:hRule="exact" w:val="71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866F54" w14:textId="0CD73394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9A30F" w14:textId="36E26937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Подготовка кроя к обработке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A16379" w14:textId="26EB4284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71D772" w14:textId="2A638C22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631CFC" w14:textId="4803C772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D0F4" w14:textId="54074B1C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28.02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6BFF93" w14:textId="36D96430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85C81" w:rsidRPr="001C031B" w14:paraId="086A3DC6" w14:textId="77777777" w:rsidTr="00B85C81">
        <w:trPr>
          <w:trHeight w:hRule="exact" w:val="6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B6BF3E" w14:textId="4CE5584F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49.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D35F47" w14:textId="1579A47F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Швейные машинные работы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FAF1A5" w14:textId="76A84EC9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53263" w14:textId="31E36D21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3AEBEF" w14:textId="7CDE6B6B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2635" w14:textId="7BCBDF4E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07.03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8BF29" w14:textId="5742A1DB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85C81" w:rsidRPr="001C031B" w14:paraId="1866F307" w14:textId="77777777" w:rsidTr="00B85C81">
        <w:trPr>
          <w:trHeight w:hRule="exact" w:val="10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AB1557" w14:textId="32482567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50.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5E91DC" w14:textId="14CFA7E7" w:rsidR="00B85C81" w:rsidRPr="00B85C81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Обработка брителей и соединение их с нагрудником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0E63F1" w14:textId="7D690754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1CBED0" w14:textId="414B2D7B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D0F620" w14:textId="7C1CAD35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EE4D1" w14:textId="732DCF2D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07.03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1D12CD" w14:textId="3F71D42E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85C81" w:rsidRPr="001C031B" w14:paraId="16BDF86A" w14:textId="77777777" w:rsidTr="00B85C81">
        <w:trPr>
          <w:trHeight w:hRule="exact" w:val="10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9274A3" w14:textId="66BFEFBA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918821" w14:textId="6C5CA522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Обработка накладных карманов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201794" w14:textId="3937FF24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356E72" w14:textId="3443D03C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DAD18B" w14:textId="28986491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C24D" w14:textId="7956CF30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14.03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1BC0BD" w14:textId="12574D57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85C81" w:rsidRPr="001C031B" w14:paraId="2FB09D5E" w14:textId="77777777" w:rsidTr="00B85C81">
        <w:trPr>
          <w:trHeight w:hRule="exact" w:val="10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55710" w14:textId="3A3EC179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59DFE5" w14:textId="149101A5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Соединение карманов с нижней частью фартука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EF414A" w14:textId="19F8E3BF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87958" w14:textId="7C45D0D4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43E70F" w14:textId="1D6948EF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E5DE" w14:textId="6B1FAC4C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14.03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6510F" w14:textId="3921D7A5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85C81" w:rsidRPr="001C031B" w14:paraId="277087CB" w14:textId="77777777" w:rsidTr="00B85C81">
        <w:trPr>
          <w:trHeight w:hRule="exact" w:val="10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E68453" w14:textId="625AAE7B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53.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F5D01" w14:textId="4BE480D8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Технология обработки нижней части фартука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FB977" w14:textId="182FC858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8AFCB9" w14:textId="7C25A4B1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0E0DA9" w14:textId="4B2C1A81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F643" w14:textId="77777777" w:rsidR="00B85C81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21.03</w:t>
            </w:r>
          </w:p>
          <w:p w14:paraId="5D2EFF09" w14:textId="31264288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Навруз Байрам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FAD2A9" w14:textId="36487908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85C81" w:rsidRPr="001C031B" w14:paraId="57556DD3" w14:textId="77777777" w:rsidTr="00B85C81">
        <w:trPr>
          <w:trHeight w:hRule="exact" w:val="10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C7036A" w14:textId="1557F22A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DAEB8D" w14:textId="69F1E8F5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Использование краевых швов в обработке нижней части фартука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B453C" w14:textId="0082E596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BCD71" w14:textId="38AE5228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3515D4" w14:textId="129297E2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658B" w14:textId="1CD985C1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21.03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B652D" w14:textId="5FED0FFB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85C81" w:rsidRPr="001C031B" w14:paraId="0524296A" w14:textId="77777777" w:rsidTr="00B85C81">
        <w:trPr>
          <w:trHeight w:hRule="exact" w:val="10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2E2074" w14:textId="248B0C57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9FD6F5" w14:textId="05653EA0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Соединение нагрудника с поясом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066686" w14:textId="18202B83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97DD46" w14:textId="2531FA96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10A1EC" w14:textId="0967169A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85E6" w14:textId="52DAB7B5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04.04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BD6DA5" w14:textId="2BC68993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B85C81" w:rsidRPr="001C031B" w14:paraId="2590D6DB" w14:textId="77777777" w:rsidTr="00B85C81">
        <w:trPr>
          <w:trHeight w:hRule="exact" w:val="10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AA4A3" w14:textId="56E8C4A4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lastRenderedPageBreak/>
              <w:t>56.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3AD4AF" w14:textId="3ACCA5D7" w:rsidR="00B85C81" w:rsidRPr="00B85C81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Технология применения обтачного шва в обработке фартука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FE24C1" w14:textId="5802EFE9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4B83D" w14:textId="03BAB070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ACB182" w14:textId="2C0F76A8" w:rsidR="00B85C81" w:rsidRPr="001C031B" w:rsidRDefault="00B85C81" w:rsidP="00B85C81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AEA7" w14:textId="6847C6D2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04.04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932220" w14:textId="24A3648C" w:rsidR="00B85C81" w:rsidRPr="001C031B" w:rsidRDefault="00B85C81" w:rsidP="00B85C81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061E07" w:rsidRPr="001C031B" w14:paraId="0B2B26C5" w14:textId="77777777" w:rsidTr="00B85C81">
        <w:trPr>
          <w:trHeight w:hRule="exact" w:val="10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6E38E" w14:textId="58C66B94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57.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4B653" w14:textId="4F19E2A2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Технология соединения пояса с нижней частью фартука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A34BAB" w14:textId="2F1840D6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9ABDD6" w14:textId="507C1F5E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175A2" w14:textId="44CC39E2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BF36" w14:textId="69D559AF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11.04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466205" w14:textId="38DE6C76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061E07" w:rsidRPr="001C031B" w14:paraId="4563A0D6" w14:textId="77777777" w:rsidTr="00B85C81">
        <w:trPr>
          <w:trHeight w:hRule="exact" w:val="10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A7BA33" w14:textId="3F93DCA3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9F008E" w14:textId="26841E27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Влажно-тепловая обработка фартука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E5331B" w14:textId="358575D7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E685BF" w14:textId="5C06915F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A5E2A7" w14:textId="0303C24E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FA95" w14:textId="4241E72E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11.04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3DFEC4" w14:textId="754E9611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061E07" w:rsidRPr="001C031B" w14:paraId="3EF450B5" w14:textId="77777777" w:rsidTr="00061E07">
        <w:trPr>
          <w:trHeight w:hRule="exact" w:val="69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D18333" w14:textId="62E01085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59.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A2FF30" w14:textId="48E6B261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Применение декоративной отделки фартука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4AF1A" w14:textId="55561AF0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5E4A0B" w14:textId="63545203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B5A6C" w14:textId="34DB1B5A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88D38" w14:textId="54B51280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18.04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AE68B8" w14:textId="4193AB4A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061E07" w:rsidRPr="001C031B" w14:paraId="256F5CF5" w14:textId="77777777" w:rsidTr="00061E07">
        <w:trPr>
          <w:trHeight w:hRule="exact" w:val="6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C668A6" w14:textId="591F1A36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60.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96287" w14:textId="193D6BC7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Окончательная обработка фартука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358DB0" w14:textId="645C62D2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97F10" w14:textId="4747EE9A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C78D5" w14:textId="2D995B65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4C0E" w14:textId="6F53F62C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18.04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6BCA2" w14:textId="0317F6F1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061E07" w:rsidRPr="001C031B" w14:paraId="36EC5DCA" w14:textId="77777777" w:rsidTr="00061E07">
        <w:trPr>
          <w:trHeight w:hRule="exact" w:val="81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1C4D5" w14:textId="49691FE4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61.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28F8C5" w14:textId="60F94B57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Оценка качества изготовления проектного швейного изделия.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DC6BCB" w14:textId="56CC2D75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01680" w14:textId="71F8CE13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BF87A" w14:textId="7106904E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4133" w14:textId="23DB05A3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25.04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A3C69" w14:textId="2473F716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061E07" w:rsidRPr="001C031B" w14:paraId="190CA3CA" w14:textId="77777777" w:rsidTr="00061E07">
        <w:trPr>
          <w:trHeight w:hRule="exact" w:val="80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8B8904" w14:textId="0FDADBAA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62.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142389" w14:textId="5A29C5F9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Защита проекта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A42ABD" w14:textId="0F9CCAA9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088B0D" w14:textId="0D1769C6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CB24E7" w14:textId="56418321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367B7" w14:textId="2A507DA7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25.04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BEC15C" w14:textId="6CF14263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061E07" w:rsidRPr="001C031B" w14:paraId="77AD7F9B" w14:textId="77777777" w:rsidTr="00B85C81">
        <w:trPr>
          <w:trHeight w:hRule="exact" w:val="10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305EE" w14:textId="7E8CBE2E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63.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75E70" w14:textId="7868F267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Введение в робототехнику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6EECDF" w14:textId="6D2857D2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1D5FF" w14:textId="3FBDFD9D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FB46D8" w14:textId="76B74048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71E8" w14:textId="77777777" w:rsidR="00061E07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02.05</w:t>
            </w:r>
          </w:p>
          <w:p w14:paraId="7BD99093" w14:textId="4DF81601" w:rsidR="00061E07" w:rsidRPr="001C031B" w:rsidRDefault="00940ABC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Праздник В</w:t>
            </w:r>
            <w:r w:rsidR="00061E07">
              <w:rPr>
                <w:rFonts w:ascii="Times New Roman" w:eastAsia="Times New Roman" w:hAnsi="Times New Roman"/>
                <w:color w:val="000000"/>
                <w:lang w:val="ru-RU"/>
              </w:rPr>
              <w:t>есны и Труда( 1.05)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C5BE0" w14:textId="3832FBE5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061E07" w:rsidRPr="001C031B" w14:paraId="2690A6BD" w14:textId="77777777" w:rsidTr="00061E07">
        <w:trPr>
          <w:trHeight w:hRule="exact" w:val="79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8BD82" w14:textId="16F652D7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64.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FAD4DB" w14:textId="02D4C2FF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Алгоритмы и исполнители. Роботы как исполнители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4AAFA" w14:textId="37496FA7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0155B" w14:textId="174D2A4C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A02A6A" w14:textId="065C5AD0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DCC8" w14:textId="20148FB1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02.05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2DA7F1" w14:textId="4FD940A2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061E07" w:rsidRPr="001C031B" w14:paraId="03D29F43" w14:textId="77777777" w:rsidTr="00061E07">
        <w:trPr>
          <w:trHeight w:hRule="exact" w:val="120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690ACB" w14:textId="5C915DB1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65.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CFDF91" w14:textId="4FC43D25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Основы логики. Роботы как </w:t>
            </w:r>
            <w:r w:rsidRPr="001C031B">
              <w:rPr>
                <w:lang w:val="ru-RU"/>
              </w:rPr>
              <w:br/>
            </w: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исполнители. </w:t>
            </w:r>
            <w:r w:rsidRPr="001C031B">
              <w:rPr>
                <w:rFonts w:ascii="Times New Roman" w:eastAsia="Times New Roman" w:hAnsi="Times New Roman"/>
                <w:color w:val="000000"/>
              </w:rPr>
              <w:t>Простейшие механические роботы-исполнители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C0A501" w14:textId="366A9939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86DD58" w14:textId="3284DEF3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E66BD5" w14:textId="2E69CF71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58B5" w14:textId="77777777" w:rsidR="00061E07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16.05</w:t>
            </w:r>
          </w:p>
          <w:p w14:paraId="66FDFE65" w14:textId="77777777" w:rsidR="00061E07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День победы</w:t>
            </w:r>
          </w:p>
          <w:p w14:paraId="6AC3B5C0" w14:textId="5BEB252C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( 9.05)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206BC0" w14:textId="614C435A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061E07" w:rsidRPr="001C031B" w14:paraId="05159C74" w14:textId="77777777" w:rsidTr="00061E07">
        <w:trPr>
          <w:trHeight w:hRule="exact" w:val="11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3FA9A" w14:textId="45C0B600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66.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1C46E" w14:textId="0D1303D5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Элементная база робототехники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E98BAC" w14:textId="2D86B016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A02BE9" w14:textId="231E0E31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C16F19" w14:textId="53132B3E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E36E" w14:textId="77777777" w:rsidR="00061E07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16.05</w:t>
            </w:r>
          </w:p>
          <w:p w14:paraId="768DB226" w14:textId="77777777" w:rsidR="00061E07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День музеев</w:t>
            </w:r>
          </w:p>
          <w:p w14:paraId="26CFE9AD" w14:textId="06BF5E34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( 18.05)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44524A" w14:textId="25F71EA4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Тестирование</w:t>
            </w:r>
          </w:p>
        </w:tc>
      </w:tr>
      <w:tr w:rsidR="00061E07" w:rsidRPr="001C031B" w14:paraId="02BAA023" w14:textId="77777777" w:rsidTr="00061E07">
        <w:trPr>
          <w:trHeight w:hRule="exact" w:val="162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881E62" w14:textId="5FB704F4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67.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45EEBE" w14:textId="77777777" w:rsidR="00061E07" w:rsidRPr="001C031B" w:rsidRDefault="00061E07" w:rsidP="00061E07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Роботы: конструирование и управление. Механические, электротехнические и робототехнические конструкторы.</w:t>
            </w:r>
          </w:p>
          <w:p w14:paraId="1202639B" w14:textId="14E4AA4B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Простые модели с элементами 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B3E829" w14:textId="2365CCB9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DE1EE0" w14:textId="136BA801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5330C6" w14:textId="2418FD31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6FA91" w14:textId="77777777" w:rsidR="00061E07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23.05</w:t>
            </w:r>
          </w:p>
          <w:p w14:paraId="76D48480" w14:textId="77777777" w:rsidR="00061E07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День предпринимателя </w:t>
            </w:r>
          </w:p>
          <w:p w14:paraId="7682E026" w14:textId="70BF52B3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( 26.05)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E0D8D" w14:textId="78E793C5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061E07" w:rsidRPr="001C031B" w14:paraId="2632C8D1" w14:textId="77777777" w:rsidTr="00B85C81">
        <w:trPr>
          <w:trHeight w:hRule="exact" w:val="100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EBB781" w14:textId="16582E4A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68.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EBD24F" w14:textId="4FF48B73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Роботы: конструирование и управление. Электронные модели с элементами </w:t>
            </w:r>
            <w:r w:rsidRPr="001C031B">
              <w:rPr>
                <w:lang w:val="ru-RU"/>
              </w:rPr>
              <w:br/>
            </w: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02A0B" w14:textId="73969EF4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89BFE2" w14:textId="745CF138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343C8" w14:textId="2C9EF7D7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0.5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BFABE" w14:textId="6996CEBE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23.05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EF0F83" w14:textId="59862E7B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Письменный контроль;</w:t>
            </w:r>
          </w:p>
        </w:tc>
      </w:tr>
      <w:tr w:rsidR="00061E07" w:rsidRPr="001C031B" w14:paraId="23D5B816" w14:textId="77777777" w:rsidTr="00FF1B75">
        <w:trPr>
          <w:trHeight w:hRule="exact" w:val="1002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12B584" w14:textId="5BEA5D69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A2DD1" w14:textId="490E65E0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C92DA" w14:textId="48672F52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A8C90" w14:textId="398F3AAD" w:rsidR="00061E07" w:rsidRPr="001C031B" w:rsidRDefault="00061E07" w:rsidP="00061E07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F4236" w14:textId="77777777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FBD98C" w14:textId="77777777" w:rsidR="00061E07" w:rsidRPr="001C031B" w:rsidRDefault="00061E07" w:rsidP="00061E0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</w:p>
        </w:tc>
      </w:tr>
    </w:tbl>
    <w:p w14:paraId="024F902E" w14:textId="77777777" w:rsidR="00E51644" w:rsidRPr="001C031B" w:rsidRDefault="00E51644">
      <w:pPr>
        <w:autoSpaceDE w:val="0"/>
        <w:autoSpaceDN w:val="0"/>
        <w:spacing w:after="66" w:line="220" w:lineRule="exact"/>
      </w:pPr>
    </w:p>
    <w:p w14:paraId="38FF3B29" w14:textId="77777777" w:rsidR="00E51644" w:rsidRPr="001C031B" w:rsidRDefault="00E51644">
      <w:pPr>
        <w:autoSpaceDE w:val="0"/>
        <w:autoSpaceDN w:val="0"/>
        <w:spacing w:after="0" w:line="14" w:lineRule="exact"/>
      </w:pPr>
    </w:p>
    <w:p w14:paraId="328D7634" w14:textId="77777777" w:rsidR="00E51644" w:rsidRPr="001C031B" w:rsidRDefault="00E51644">
      <w:pPr>
        <w:sectPr w:rsidR="00E51644" w:rsidRPr="001C031B">
          <w:pgSz w:w="11900" w:h="16840"/>
          <w:pgMar w:top="284" w:right="650" w:bottom="418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0C9CE72F" w14:textId="77777777" w:rsidR="00061E07" w:rsidRDefault="00057968" w:rsidP="00061E07">
      <w:pPr>
        <w:autoSpaceDE w:val="0"/>
        <w:autoSpaceDN w:val="0"/>
        <w:spacing w:before="218" w:after="0" w:line="230" w:lineRule="auto"/>
        <w:rPr>
          <w:rFonts w:ascii="Times New Roman" w:eastAsia="Times New Roman" w:hAnsi="Times New Roman"/>
          <w:b/>
          <w:color w:val="000000"/>
        </w:rPr>
      </w:pPr>
      <w:r w:rsidRPr="001C031B">
        <w:rPr>
          <w:rFonts w:ascii="Times New Roman" w:eastAsia="Times New Roman" w:hAnsi="Times New Roman"/>
          <w:b/>
          <w:color w:val="000000"/>
        </w:rPr>
        <w:lastRenderedPageBreak/>
        <w:t>6 КЛАСС</w:t>
      </w:r>
    </w:p>
    <w:p w14:paraId="450593BF" w14:textId="5B5FFDEA" w:rsidR="00E51644" w:rsidRPr="001C031B" w:rsidRDefault="00061E07" w:rsidP="00061E07">
      <w:pPr>
        <w:autoSpaceDE w:val="0"/>
        <w:autoSpaceDN w:val="0"/>
        <w:spacing w:before="218" w:after="0" w:line="230" w:lineRule="auto"/>
      </w:pPr>
      <w:r>
        <w:rPr>
          <w:rFonts w:ascii="Times New Roman" w:eastAsia="Times New Roman" w:hAnsi="Times New Roman"/>
          <w:b/>
          <w:color w:val="000000"/>
          <w:lang w:val="ru-RU"/>
        </w:rPr>
        <w:t xml:space="preserve"> </w:t>
      </w:r>
    </w:p>
    <w:tbl>
      <w:tblPr>
        <w:tblW w:w="10064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2756"/>
        <w:gridCol w:w="708"/>
        <w:gridCol w:w="1276"/>
        <w:gridCol w:w="992"/>
        <w:gridCol w:w="2268"/>
        <w:gridCol w:w="1560"/>
      </w:tblGrid>
      <w:tr w:rsidR="00661131" w:rsidRPr="001C031B" w14:paraId="04C39E44" w14:textId="77777777" w:rsidTr="00061E07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1E2DA" w14:textId="77777777" w:rsidR="00661131" w:rsidRPr="001C031B" w:rsidRDefault="00661131">
            <w:pPr>
              <w:autoSpaceDE w:val="0"/>
              <w:autoSpaceDN w:val="0"/>
              <w:spacing w:before="98" w:after="0" w:line="262" w:lineRule="auto"/>
              <w:ind w:left="72"/>
            </w:pPr>
            <w:r w:rsidRPr="001C031B">
              <w:rPr>
                <w:rFonts w:ascii="Times New Roman" w:eastAsia="Times New Roman" w:hAnsi="Times New Roman"/>
                <w:b/>
                <w:color w:val="000000"/>
              </w:rPr>
              <w:t>№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b/>
                <w:color w:val="000000"/>
              </w:rPr>
              <w:t>п/п</w:t>
            </w:r>
          </w:p>
        </w:tc>
        <w:tc>
          <w:tcPr>
            <w:tcW w:w="2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87E38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b/>
                <w:color w:val="000000"/>
              </w:rPr>
              <w:t>Тема урока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EE697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5371" w14:textId="77777777" w:rsidR="00661131" w:rsidRPr="001C031B" w:rsidRDefault="00661131">
            <w:pPr>
              <w:autoSpaceDE w:val="0"/>
              <w:autoSpaceDN w:val="0"/>
              <w:spacing w:before="98" w:after="0" w:line="271" w:lineRule="auto"/>
              <w:ind w:left="72" w:right="432"/>
              <w:rPr>
                <w:rFonts w:ascii="Times New Roman" w:eastAsia="Times New Roman" w:hAnsi="Times New Roman"/>
                <w:b/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A0FAD5" w14:textId="112CA923" w:rsidR="00661131" w:rsidRPr="001C031B" w:rsidRDefault="00661131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1C031B">
              <w:rPr>
                <w:rFonts w:ascii="Times New Roman" w:eastAsia="Times New Roman" w:hAnsi="Times New Roman"/>
                <w:b/>
                <w:color w:val="000000"/>
              </w:rPr>
              <w:t xml:space="preserve">Виды,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b/>
                <w:color w:val="000000"/>
              </w:rPr>
              <w:t xml:space="preserve">формы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b/>
                <w:color w:val="000000"/>
              </w:rPr>
              <w:t>контроля</w:t>
            </w:r>
          </w:p>
        </w:tc>
      </w:tr>
      <w:tr w:rsidR="00661131" w:rsidRPr="001C031B" w14:paraId="3D675BD9" w14:textId="77777777" w:rsidTr="00B33B50">
        <w:trPr>
          <w:trHeight w:hRule="exact" w:val="95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44DB" w14:textId="77777777" w:rsidR="00661131" w:rsidRPr="001C031B" w:rsidRDefault="00661131"/>
        </w:tc>
        <w:tc>
          <w:tcPr>
            <w:tcW w:w="2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8190" w14:textId="77777777" w:rsidR="00661131" w:rsidRPr="001C031B" w:rsidRDefault="00661131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062C1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b/>
                <w:color w:val="000000"/>
              </w:rPr>
              <w:t xml:space="preserve">всего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E9601A" w14:textId="77777777" w:rsidR="00661131" w:rsidRPr="001C031B" w:rsidRDefault="00661131">
            <w:pPr>
              <w:autoSpaceDE w:val="0"/>
              <w:autoSpaceDN w:val="0"/>
              <w:spacing w:before="98" w:after="0" w:line="262" w:lineRule="auto"/>
              <w:ind w:left="72"/>
            </w:pPr>
            <w:r w:rsidRPr="001C031B">
              <w:rPr>
                <w:rFonts w:ascii="Times New Roman" w:eastAsia="Times New Roman" w:hAnsi="Times New Roman"/>
                <w:b/>
                <w:color w:val="000000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18A50D" w14:textId="77777777" w:rsidR="00661131" w:rsidRPr="001C031B" w:rsidRDefault="00661131">
            <w:pPr>
              <w:autoSpaceDE w:val="0"/>
              <w:autoSpaceDN w:val="0"/>
              <w:spacing w:before="98" w:after="0" w:line="262" w:lineRule="auto"/>
              <w:ind w:left="72"/>
            </w:pPr>
            <w:r w:rsidRPr="001C031B">
              <w:rPr>
                <w:rFonts w:ascii="Times New Roman" w:eastAsia="Times New Roman" w:hAnsi="Times New Roman"/>
                <w:b/>
                <w:color w:val="000000"/>
              </w:rPr>
              <w:t>практические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F80CF" w14:textId="5D3CED3D" w:rsidR="00661131" w:rsidRPr="001C031B" w:rsidRDefault="000D5008" w:rsidP="000D5008">
            <w:pPr>
              <w:jc w:val="center"/>
              <w:rPr>
                <w:b/>
                <w:bCs/>
                <w:lang w:val="ru-RU"/>
              </w:rPr>
            </w:pPr>
            <w:r w:rsidRPr="001C031B">
              <w:rPr>
                <w:b/>
                <w:bCs/>
                <w:lang w:val="ru-RU"/>
              </w:rPr>
              <w:t>Дата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0DB3B" w14:textId="25CB0AF1" w:rsidR="00661131" w:rsidRPr="001C031B" w:rsidRDefault="00661131"/>
        </w:tc>
      </w:tr>
      <w:tr w:rsidR="00661131" w:rsidRPr="001C031B" w14:paraId="7ADB6100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3B5F96" w14:textId="77777777" w:rsidR="00661131" w:rsidRPr="001C031B" w:rsidRDefault="00661131">
            <w:pPr>
              <w:autoSpaceDE w:val="0"/>
              <w:autoSpaceDN w:val="0"/>
              <w:spacing w:before="100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CEC979" w14:textId="77777777" w:rsidR="00661131" w:rsidRPr="001C031B" w:rsidRDefault="00661131">
            <w:pPr>
              <w:autoSpaceDE w:val="0"/>
              <w:autoSpaceDN w:val="0"/>
              <w:spacing w:before="100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Модели и моделирование.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13E17A" w14:textId="77777777" w:rsidR="00661131" w:rsidRPr="001C031B" w:rsidRDefault="00661131">
            <w:pPr>
              <w:autoSpaceDE w:val="0"/>
              <w:autoSpaceDN w:val="0"/>
              <w:spacing w:before="100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BDD9D8" w14:textId="77777777" w:rsidR="00661131" w:rsidRPr="001C031B" w:rsidRDefault="00661131">
            <w:pPr>
              <w:autoSpaceDE w:val="0"/>
              <w:autoSpaceDN w:val="0"/>
              <w:spacing w:before="100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5AE2C0" w14:textId="77777777" w:rsidR="00661131" w:rsidRPr="001C031B" w:rsidRDefault="00661131">
            <w:pPr>
              <w:autoSpaceDE w:val="0"/>
              <w:autoSpaceDN w:val="0"/>
              <w:spacing w:before="100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2467" w14:textId="78AFA4AB" w:rsidR="00661131" w:rsidRPr="001C031B" w:rsidRDefault="000D5008" w:rsidP="000D5008">
            <w:pPr>
              <w:autoSpaceDE w:val="0"/>
              <w:autoSpaceDN w:val="0"/>
              <w:spacing w:before="100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01.09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9AAD3" w14:textId="45AD8D6B" w:rsidR="00661131" w:rsidRPr="001C031B" w:rsidRDefault="00661131">
            <w:pPr>
              <w:autoSpaceDE w:val="0"/>
              <w:autoSpaceDN w:val="0"/>
              <w:spacing w:before="100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7AED1146" w14:textId="77777777" w:rsidTr="00061E0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25430C" w14:textId="77777777" w:rsidR="00661131" w:rsidRPr="001C031B" w:rsidRDefault="00661131">
            <w:pPr>
              <w:autoSpaceDE w:val="0"/>
              <w:autoSpaceDN w:val="0"/>
              <w:spacing w:before="100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89FB8D" w14:textId="77777777" w:rsidR="00661131" w:rsidRPr="001C031B" w:rsidRDefault="00661131">
            <w:pPr>
              <w:autoSpaceDE w:val="0"/>
              <w:autoSpaceDN w:val="0"/>
              <w:spacing w:before="100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Модели технических устройств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4220C" w14:textId="77777777" w:rsidR="00661131" w:rsidRPr="001C031B" w:rsidRDefault="00661131">
            <w:pPr>
              <w:autoSpaceDE w:val="0"/>
              <w:autoSpaceDN w:val="0"/>
              <w:spacing w:before="100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AE753" w14:textId="77777777" w:rsidR="00661131" w:rsidRPr="001C031B" w:rsidRDefault="00661131">
            <w:pPr>
              <w:autoSpaceDE w:val="0"/>
              <w:autoSpaceDN w:val="0"/>
              <w:spacing w:before="100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92123" w14:textId="77777777" w:rsidR="00661131" w:rsidRPr="001C031B" w:rsidRDefault="00661131">
            <w:pPr>
              <w:autoSpaceDE w:val="0"/>
              <w:autoSpaceDN w:val="0"/>
              <w:spacing w:before="100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A817" w14:textId="7A7576B5" w:rsidR="00661131" w:rsidRPr="001C031B" w:rsidRDefault="000D5008" w:rsidP="000D5008">
            <w:pPr>
              <w:autoSpaceDE w:val="0"/>
              <w:autoSpaceDN w:val="0"/>
              <w:spacing w:before="100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01.09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90838" w14:textId="48DC57C9" w:rsidR="00661131" w:rsidRPr="001C031B" w:rsidRDefault="00661131">
            <w:pPr>
              <w:autoSpaceDE w:val="0"/>
              <w:autoSpaceDN w:val="0"/>
              <w:spacing w:before="100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3D9E74FE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BCAED3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3.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8BD35C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Машины и механизмы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3829E5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BF5E1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04A1B7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9BF16" w14:textId="31A2E029" w:rsidR="00661131" w:rsidRPr="001C031B" w:rsidRDefault="000D5008" w:rsidP="000D5008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08.09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BCAF51" w14:textId="27DD4DAD" w:rsidR="00661131" w:rsidRPr="001C031B" w:rsidRDefault="00661131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19FD9D6E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FB0174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73760F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Кинематические схемы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5231F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A14EFA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5FAA2E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AF16" w14:textId="13A858BD" w:rsidR="00661131" w:rsidRPr="001C031B" w:rsidRDefault="000D5008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08.09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08CFD" w14:textId="5B2495A5" w:rsidR="00661131" w:rsidRPr="001C031B" w:rsidRDefault="00661131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Письменный контроль;</w:t>
            </w:r>
          </w:p>
        </w:tc>
      </w:tr>
      <w:tr w:rsidR="00661131" w:rsidRPr="001C031B" w14:paraId="49277769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8D3E6F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0E804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Информационные технологии.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F1A411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2FE602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97BFA8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B636" w14:textId="43815E3A" w:rsidR="00661131" w:rsidRPr="001C031B" w:rsidRDefault="000D5008" w:rsidP="000D5008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15.09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05D48" w14:textId="4782B828" w:rsidR="00661131" w:rsidRPr="001C031B" w:rsidRDefault="00661131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1CD1B3A3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1CD256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BDE2E5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Перспективные технологии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B620C4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13D42C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BF7513" w14:textId="77777777" w:rsidR="00661131" w:rsidRPr="001C031B" w:rsidRDefault="00661131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6DF0" w14:textId="13267B29" w:rsidR="00661131" w:rsidRPr="001C031B" w:rsidRDefault="000D5008" w:rsidP="000D5008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15.09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FB329F" w14:textId="2D5E3419" w:rsidR="00661131" w:rsidRPr="001C031B" w:rsidRDefault="00661131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49FAECA1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342CC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7.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A636F8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Техническое конструирование.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979E0A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6A638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3A237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B240A" w14:textId="54A424C3" w:rsidR="00661131" w:rsidRPr="001C031B" w:rsidRDefault="000D5008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22.09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22D2B9" w14:textId="5BE35545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Письменный контроль;</w:t>
            </w:r>
          </w:p>
        </w:tc>
      </w:tr>
      <w:tr w:rsidR="00661131" w:rsidRPr="001C031B" w14:paraId="44778365" w14:textId="77777777" w:rsidTr="00061E07">
        <w:trPr>
          <w:trHeight w:hRule="exact" w:val="72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4CC22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28008D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Конструкторская документация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A1703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419640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2DC5A8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FD91" w14:textId="53DC06B6" w:rsidR="00661131" w:rsidRPr="001C031B" w:rsidRDefault="000D5008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22.09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047E8C" w14:textId="4CB263A8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36AB441E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F89EEC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9.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5866B" w14:textId="77777777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Чертежи, чертёжные инструменты и приспособления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2AA0A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B1FC15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058D1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DC8C" w14:textId="2756C04B" w:rsidR="00661131" w:rsidRPr="001C031B" w:rsidRDefault="000D5008" w:rsidP="000D5008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29.09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C2F32" w14:textId="64FDA633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38BDB066" w14:textId="77777777" w:rsidTr="00061E07">
        <w:trPr>
          <w:trHeight w:hRule="exact" w:val="62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60FA27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10.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69A068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Стандарты оформления чертежей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3B8162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DF7101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FF1C7E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6C136" w14:textId="4FC68F52" w:rsidR="00661131" w:rsidRPr="001C031B" w:rsidRDefault="000D5008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29.09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F4BB2F" w14:textId="6762E7E2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09E1980E" w14:textId="77777777" w:rsidTr="00061E07">
        <w:trPr>
          <w:trHeight w:hRule="exact" w:val="111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506FA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9A16E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Компьютерная графика.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2AF0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02B1D5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6D1AFC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F956" w14:textId="77777777" w:rsidR="00661131" w:rsidRDefault="000D5008" w:rsidP="000D5008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06.10</w:t>
            </w:r>
          </w:p>
          <w:p w14:paraId="52A484EC" w14:textId="0E137220" w:rsidR="00061E07" w:rsidRPr="001C031B" w:rsidRDefault="00061E07" w:rsidP="000D5008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День учителя (5.10)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B110E3" w14:textId="790F14F9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5E0DEDA4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2FE6B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372497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Графический редактор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8386E7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B21CA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ABFC02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0D65" w14:textId="1D3FEE62" w:rsidR="00661131" w:rsidRPr="001C031B" w:rsidRDefault="000D5008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06.10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F7FFD" w14:textId="0C8C444E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734C9070" w14:textId="77777777" w:rsidTr="00061E07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629999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13.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AB676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Инструменты графического редактора.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ABF9E5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EA7AD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935763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5076" w14:textId="3BB1F1FF" w:rsidR="00661131" w:rsidRPr="001C031B" w:rsidRDefault="000D5008" w:rsidP="000D5008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13.10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C4C00" w14:textId="347FCA36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Тестирование;</w:t>
            </w:r>
          </w:p>
        </w:tc>
      </w:tr>
      <w:tr w:rsidR="00661131" w:rsidRPr="001C031B" w14:paraId="05A909BA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4DFD04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064AF" w14:textId="77777777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Создание эскиза в графическом редакторе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536C6E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3B683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2DB7D9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E91D" w14:textId="76BCF80C" w:rsidR="00661131" w:rsidRPr="001C031B" w:rsidRDefault="000D5008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13.10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F2EE33" w14:textId="53848659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333B784C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6C6F6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6BB384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Инструменты графического редактора.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D2BB39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565AE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FA944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7DD75" w14:textId="3DF1E2FF" w:rsidR="00661131" w:rsidRPr="001C031B" w:rsidRDefault="000D5008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20.10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187B35" w14:textId="3C55BCC6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43066338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82BF7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F93458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Создание печатной продукции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59D934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EE736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CF5778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387F" w14:textId="6EB9CA07" w:rsidR="00661131" w:rsidRPr="001C031B" w:rsidRDefault="009F5C62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20.10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B70E3" w14:textId="3A37B010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05BE4BB8" w14:textId="77777777" w:rsidTr="00B33B50">
        <w:trPr>
          <w:trHeight w:hRule="exact" w:val="218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094A81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lastRenderedPageBreak/>
              <w:t>17.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C37E3" w14:textId="77777777" w:rsidR="00661131" w:rsidRPr="001C031B" w:rsidRDefault="00661131" w:rsidP="00DB409C">
            <w:pPr>
              <w:autoSpaceDE w:val="0"/>
              <w:autoSpaceDN w:val="0"/>
              <w:spacing w:before="98" w:after="0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Металлы. Получение, свойства </w:t>
            </w:r>
            <w:r w:rsidRPr="001C031B">
              <w:rPr>
                <w:lang w:val="ru-RU"/>
              </w:rPr>
              <w:br/>
            </w: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металлов. Рабочее место и инструменты для обработки. </w:t>
            </w:r>
            <w:r w:rsidRPr="001C031B">
              <w:rPr>
                <w:rFonts w:ascii="Times New Roman" w:eastAsia="Times New Roman" w:hAnsi="Times New Roman"/>
                <w:color w:val="000000"/>
              </w:rPr>
              <w:t>Операции разметка и правка тонколистового металла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78F76D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B8E305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EA092A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D687C" w14:textId="77777777" w:rsidR="00661131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27.10</w:t>
            </w:r>
          </w:p>
          <w:p w14:paraId="20701118" w14:textId="6A1C41B1" w:rsidR="00B33B50" w:rsidRPr="001C031B" w:rsidRDefault="00B33B50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6E5BA2" w14:textId="57061C14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1A536D78" w14:textId="77777777" w:rsidTr="00B33B50">
        <w:trPr>
          <w:trHeight w:hRule="exact" w:val="26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409CF5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D25618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Технологии изготовления изделий.</w:t>
            </w:r>
          </w:p>
          <w:p w14:paraId="3E3DB08F" w14:textId="77777777" w:rsidR="00661131" w:rsidRPr="001C031B" w:rsidRDefault="00661131" w:rsidP="00DB409C">
            <w:pPr>
              <w:autoSpaceDE w:val="0"/>
              <w:autoSpaceDN w:val="0"/>
              <w:spacing w:before="70" w:after="0" w:line="278" w:lineRule="auto"/>
              <w:ind w:left="72" w:right="432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Операции: резание, гибка </w:t>
            </w:r>
            <w:r w:rsidRPr="001C031B">
              <w:rPr>
                <w:lang w:val="ru-RU"/>
              </w:rPr>
              <w:br/>
            </w: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тонколистового металла. Технология получения отверстий в заготовках из металлов.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AB2F9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4EC027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2E6664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AC94" w14:textId="40E7D339" w:rsidR="00661131" w:rsidRPr="001C031B" w:rsidRDefault="009F5C62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27.10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1AFC73" w14:textId="064C99CB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5C0E0EE3" w14:textId="77777777" w:rsidTr="00B33B50">
        <w:trPr>
          <w:trHeight w:hRule="exact" w:val="241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9B5616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19.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23408" w14:textId="77777777" w:rsidR="00661131" w:rsidRPr="001C031B" w:rsidRDefault="00661131" w:rsidP="00DB409C">
            <w:pPr>
              <w:autoSpaceDE w:val="0"/>
              <w:autoSpaceDN w:val="0"/>
              <w:spacing w:before="98" w:after="0"/>
              <w:ind w:left="72" w:right="432"/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Технология сборки изделий из </w:t>
            </w:r>
            <w:r w:rsidRPr="001C031B">
              <w:rPr>
                <w:lang w:val="ru-RU"/>
              </w:rPr>
              <w:br/>
            </w: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тонколистового металла, проволоки. </w:t>
            </w:r>
            <w:r w:rsidRPr="001C031B">
              <w:rPr>
                <w:rFonts w:ascii="Times New Roman" w:eastAsia="Times New Roman" w:hAnsi="Times New Roman"/>
                <w:color w:val="000000"/>
              </w:rPr>
              <w:t>Качество изделия. Контроль и оценка качества изделий из металла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D2C68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849D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6B565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7FF4" w14:textId="77777777" w:rsidR="00661131" w:rsidRDefault="009F5C62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10.11</w:t>
            </w:r>
          </w:p>
          <w:p w14:paraId="0B412FD2" w14:textId="77777777" w:rsidR="00B33B50" w:rsidRDefault="00B33B50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Международный день художника</w:t>
            </w:r>
          </w:p>
          <w:p w14:paraId="0B3CF1C9" w14:textId="600A688A" w:rsidR="00B33B50" w:rsidRPr="001C031B" w:rsidRDefault="00B33B50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( 9.11)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F9C52C" w14:textId="054D8D93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23514656" w14:textId="77777777" w:rsidTr="00B33B50">
        <w:trPr>
          <w:trHeight w:hRule="exact" w:val="16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5DF581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20.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A023F1" w14:textId="5B95F583" w:rsidR="00661131" w:rsidRPr="001C031B" w:rsidRDefault="00661131" w:rsidP="00DB409C">
            <w:pPr>
              <w:autoSpaceDE w:val="0"/>
              <w:autoSpaceDN w:val="0"/>
              <w:spacing w:before="98" w:after="0" w:line="271" w:lineRule="auto"/>
              <w:ind w:left="72" w:right="192"/>
              <w:jc w:val="both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Профессии, связанные с производством и обработкой металлов. Защита проекта</w:t>
            </w:r>
            <w:r w:rsidR="00E960BD"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«Изделие из металла»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8F925D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EEF45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219A48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73B9A" w14:textId="77777777" w:rsidR="00661131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10.11</w:t>
            </w:r>
          </w:p>
          <w:p w14:paraId="72E89098" w14:textId="3E10CE5E" w:rsidR="00B33B50" w:rsidRPr="001C031B" w:rsidRDefault="00B33B50" w:rsidP="00B33B50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Ме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2897B9" w14:textId="3C145408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4E45DCA8" w14:textId="77777777" w:rsidTr="00B33B50">
        <w:trPr>
          <w:trHeight w:hRule="exact" w:val="77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041894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21.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2F963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Основы рационального питания: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3B65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826C9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14E9C6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620F" w14:textId="75A6DE7F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17.11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593B53" w14:textId="5F000151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07E443A5" w14:textId="77777777" w:rsidTr="00B33B50">
        <w:trPr>
          <w:trHeight w:hRule="exact" w:val="6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2EFC62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22.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953642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Молоко и молочные продукты в питании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F6914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EFBB5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8B279E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A4E4" w14:textId="15476B27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17.11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7BC292" w14:textId="00A1A6EE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6ED6B69B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84EFF4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23.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64280" w14:textId="77777777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576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Технология приготовления блюд из молока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200B2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C15820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5E8496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E60D" w14:textId="7BD281DE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24.11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115AD8" w14:textId="58FBB404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5D283134" w14:textId="77777777" w:rsidTr="00B33B50">
        <w:trPr>
          <w:trHeight w:hRule="exact" w:val="125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28439C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24.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B6866C" w14:textId="77777777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Приготовление десерта Панна-котта, молочного коктейля, Гурьевской каши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4FB367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A24BE9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470D26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7239" w14:textId="0A35CB45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24.11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D04D0A" w14:textId="6DC77070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5E025E8C" w14:textId="77777777" w:rsidTr="00B33B50">
        <w:trPr>
          <w:trHeight w:hRule="exact" w:val="152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4770C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25.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87FB6C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Виды теста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545F0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18CAA6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232090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E8864" w14:textId="77777777" w:rsidR="00661131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01.12</w:t>
            </w:r>
          </w:p>
          <w:p w14:paraId="735A0091" w14:textId="77777777" w:rsidR="00B33B50" w:rsidRDefault="00B33B50" w:rsidP="00B33B50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Международный день инвалидов</w:t>
            </w:r>
          </w:p>
          <w:p w14:paraId="6193BB5C" w14:textId="5ED4BCC0" w:rsidR="00B33B50" w:rsidRPr="001C031B" w:rsidRDefault="00B33B50" w:rsidP="00B33B50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( 3.12)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A5217B" w14:textId="5EF7C029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6B07D7B6" w14:textId="77777777" w:rsidTr="00061E07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F20C29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26.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C93891" w14:textId="77777777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Выпечка, калорий- ность кондитерских изделий.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8BEAF1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C0F857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404C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97D68" w14:textId="6BE5B9A6" w:rsidR="00661131" w:rsidRPr="001C031B" w:rsidRDefault="009F5C62" w:rsidP="009F5C62">
            <w:pPr>
              <w:autoSpaceDE w:val="0"/>
              <w:autoSpaceDN w:val="0"/>
              <w:spacing w:before="98" w:after="0" w:line="230" w:lineRule="auto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01.12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3965EC" w14:textId="7B87A9C9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Тестирование;</w:t>
            </w:r>
          </w:p>
        </w:tc>
      </w:tr>
      <w:tr w:rsidR="00661131" w:rsidRPr="001C031B" w14:paraId="3680A56A" w14:textId="77777777" w:rsidTr="00B33B50">
        <w:trPr>
          <w:trHeight w:hRule="exact" w:val="91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B5E2D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lastRenderedPageBreak/>
              <w:t>27.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889DF8" w14:textId="77777777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288"/>
            </w:pPr>
            <w:r w:rsidRPr="001C031B">
              <w:rPr>
                <w:rFonts w:ascii="Times New Roman" w:eastAsia="Times New Roman" w:hAnsi="Times New Roman"/>
                <w:color w:val="000000"/>
              </w:rPr>
              <w:t>Технология приготовления песочного теста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2100B8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57393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CFBB5A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CE93" w14:textId="46A4FCE8" w:rsidR="00661131" w:rsidRPr="001C031B" w:rsidRDefault="009F5C62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08.12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53235E" w14:textId="1B9CBC26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553D30DE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56AC4D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28.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CC2D1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Приготовление песочного печенья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6A9249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7AD1DD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D20B6A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A1A9" w14:textId="3B06A9CE" w:rsidR="00661131" w:rsidRPr="001C031B" w:rsidRDefault="009F5C62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08.12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CAC5C" w14:textId="5903D643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787D27D4" w14:textId="77777777" w:rsidTr="00B33B50">
        <w:trPr>
          <w:trHeight w:hRule="exact" w:val="10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8A09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29.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86C3C9" w14:textId="77777777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Технология приготовления бисквитного теста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1CF8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47D1D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50850B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F3C2" w14:textId="77089919" w:rsidR="00661131" w:rsidRPr="001C031B" w:rsidRDefault="009F5C62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15.12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CEA16" w14:textId="3B29714A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7A6C8A0F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6DE80C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30.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C1443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Приготовление пирога "Шарлотка"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522A94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383A3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1F4B7D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CCF7" w14:textId="633703C5" w:rsidR="00661131" w:rsidRPr="001C031B" w:rsidRDefault="009F5C62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15.12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FFAFD" w14:textId="59F33C15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489445DB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F94C99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31.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FC59D4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Профессии кондитер, хлебопёк.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0F0875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C466AB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372D4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82BE8" w14:textId="1895B5EE" w:rsidR="00661131" w:rsidRPr="001C031B" w:rsidRDefault="009F5C62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22.12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791E83" w14:textId="474809AE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0D45611A" w14:textId="77777777" w:rsidTr="00B33B50">
        <w:trPr>
          <w:trHeight w:hRule="exact" w:val="131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8BA39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32.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D0A7A" w14:textId="77777777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27C834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386395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512C2A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C870C" w14:textId="56FC60DD" w:rsidR="00661131" w:rsidRPr="001C031B" w:rsidRDefault="009F5C62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22.12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18035A" w14:textId="1BA93900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0E231812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3F4E6" w14:textId="4F5248A7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66F553" w14:textId="22BA1B3E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Виды юбок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DE157E" w14:textId="58B3D491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B604A" w14:textId="05EE9D9D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D99E5E" w14:textId="2E2148D5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6A0E" w14:textId="723717B6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12.01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D71CA" w14:textId="03D5AD3B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466FBA1C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4FDB03" w14:textId="200EA3F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91FC26" w14:textId="6CB5238E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Современные текстильные материалы.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31387" w14:textId="7C21DCD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90CDB9" w14:textId="3A2237CA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312E71" w14:textId="4DC31AD2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5EEDA" w14:textId="0E6E8F2B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12.01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CF5EAB" w14:textId="7BE868B5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4644DD41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C93EE2" w14:textId="0E1A87C2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E41E9" w14:textId="2AD6C856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Ткани животного происхождения и их свойства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B3715D" w14:textId="0CD06130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110861" w14:textId="312D2F07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B33FF" w14:textId="2D71E90D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37B0D" w14:textId="132E0021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19.01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6B7C5" w14:textId="64A8E7DA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531FF1CC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A94A54" w14:textId="3B9688A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37.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95768C" w14:textId="19055E50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Регуляторы швейной машины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1A06B" w14:textId="7DFFEF43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A3EE41" w14:textId="5E8AD320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81519" w14:textId="0ED26126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3F6DE" w14:textId="39FDC449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19.01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E1F9F" w14:textId="522467EE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3917CEA8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E308CC" w14:textId="7F199B20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D56C3B" w14:textId="146129E4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Дефекты машинной строчки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A5B90C" w14:textId="6E90CEB1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8E23E" w14:textId="4456455A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CC390C" w14:textId="3CAF5AA6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2104A" w14:textId="77733CDD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26.01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B530A3" w14:textId="68128195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4D057467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23F699" w14:textId="4FE4D73F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39.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B8221F" w14:textId="19226667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Машинные швы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01F798" w14:textId="57BF4114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8477A1" w14:textId="5F3076ED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EE4D9A" w14:textId="614F5A0E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9FD5" w14:textId="47FDBCFA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26.01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23FF4A" w14:textId="4F37B495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0560CFE9" w14:textId="77777777" w:rsidTr="00B33B50">
        <w:trPr>
          <w:trHeight w:hRule="exact" w:val="97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9C6813" w14:textId="4EED145B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40.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51878F" w14:textId="7832D8CC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Использование спец.оборудования при обработки швов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A2695" w14:textId="51B3FFF9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6ED5B" w14:textId="016FC2A9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3CA3FC" w14:textId="378B80A5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4C65D" w14:textId="2AE85935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02.02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BD1EA" w14:textId="505B70D7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6BCAFB01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6F46B3" w14:textId="56604290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7EFEF" w14:textId="45E6727E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Особенности конструирование юбок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BC726C" w14:textId="34C31FFE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7E87D3" w14:textId="3CAF336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DADC1" w14:textId="2853F85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E56E" w14:textId="270C768C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02.02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6F8194" w14:textId="553ACAF4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4A3CCBC1" w14:textId="77777777" w:rsidTr="00B33B50">
        <w:trPr>
          <w:trHeight w:hRule="exact" w:val="143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1E2B6" w14:textId="00C91634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7344BE" w14:textId="3D65795F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Построение чертежа прямой юбки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212B0D" w14:textId="78EDF8FE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7D7FA4" w14:textId="5C761884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6A253" w14:textId="39975DB0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E623" w14:textId="77777777" w:rsidR="00B33B50" w:rsidRDefault="009F5C62" w:rsidP="00B33B50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09.02</w:t>
            </w:r>
          </w:p>
          <w:p w14:paraId="60855559" w14:textId="1996D793" w:rsidR="00B33B50" w:rsidRPr="00B33B50" w:rsidRDefault="00B33B50" w:rsidP="00B33B50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t xml:space="preserve"> </w:t>
            </w:r>
            <w:r w:rsidRPr="00B33B50">
              <w:rPr>
                <w:rFonts w:ascii="Times New Roman" w:eastAsia="Times New Roman" w:hAnsi="Times New Roman"/>
                <w:color w:val="000000"/>
                <w:lang w:val="ru-RU"/>
              </w:rPr>
              <w:t>День Российской</w:t>
            </w:r>
          </w:p>
          <w:p w14:paraId="0B90A60B" w14:textId="7628106B" w:rsidR="00661131" w:rsidRPr="001C031B" w:rsidRDefault="00B33B50" w:rsidP="00B33B50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B33B50">
              <w:rPr>
                <w:rFonts w:ascii="Times New Roman" w:eastAsia="Times New Roman" w:hAnsi="Times New Roman"/>
                <w:color w:val="000000"/>
                <w:lang w:val="ru-RU"/>
              </w:rPr>
              <w:t>науки (8.02)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DE2BA3" w14:textId="5DD6914A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:rsidRPr="001C031B" w14:paraId="6A338AAF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7FB0C4" w14:textId="26B76E94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43.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D34A8" w14:textId="6619DF2F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Особенности построения конической и клиньевой юбок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C9E8A0" w14:textId="0993E97E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E0290" w14:textId="0A712AF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E5303E" w14:textId="328A154E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E1FE" w14:textId="42A43BA8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09.02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78A3DF" w14:textId="473EA586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255DA556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B80749" w14:textId="61D5757C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lastRenderedPageBreak/>
              <w:t>44.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C5A27" w14:textId="5508FDAC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 Приемы моделирования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1B73D1" w14:textId="54F89157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6F742" w14:textId="5EEC98FC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B8931E" w14:textId="35B5E85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E3B2" w14:textId="1AC14B8D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16.02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F0AE5B" w14:textId="24CA9EB9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1DA27EA9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587CDF" w14:textId="5F96D4F1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BB40F8" w14:textId="387401D6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Моделирование юбки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82849" w14:textId="557731E1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EE4938" w14:textId="58C154FC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7BB4E0" w14:textId="0BE635FF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1076" w14:textId="2C90632F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16.02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6AC73" w14:textId="5726D7E3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4BE1E1D8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219040" w14:textId="61AB9A89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7CD61" w14:textId="0F54624C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Построение выкройки и подготовка ее к раскрою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7ECBD1" w14:textId="334BBFFF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5DF901" w14:textId="7C1170ED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265A62" w14:textId="44262564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B156" w14:textId="6D3A9BCA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02.03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60BDD" w14:textId="76C52F0B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394FC320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BA44CE" w14:textId="5A272616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47.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E68B4" w14:textId="2AED10C1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Раскрой юбки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3A160" w14:textId="63A89221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C2AD81" w14:textId="54FAE9E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6E83B" w14:textId="38EC5507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EE23" w14:textId="7B551A75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02.03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80C60" w14:textId="0061D8EF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66AD2210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CC2F8" w14:textId="17C0FF16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05A1E" w14:textId="6206A3AA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Подготовка кроя к обработке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E0950" w14:textId="33C1A533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828CA" w14:textId="26EB535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1A858" w14:textId="2CE92B31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95F62" w14:textId="77314DE5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09.03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D42570" w14:textId="5E7BA016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2041D723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5DDF4F" w14:textId="68C4AC99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49.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4CCEAA" w14:textId="5C1E686F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Обработка вытачек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A11811" w14:textId="15995806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250284" w14:textId="36D28EA9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E6097" w14:textId="46B7B0E0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AED5" w14:textId="37993AE2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09.03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C4437" w14:textId="2D8D01F4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Практическая работа;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Тестирование;</w:t>
            </w:r>
          </w:p>
        </w:tc>
      </w:tr>
      <w:tr w:rsidR="00661131" w:rsidRPr="001C031B" w14:paraId="46FF4C62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47DC23" w14:textId="53A0CBC5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50.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D50F45" w14:textId="5AB62A1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Влажно-тепловая обработка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79AC5" w14:textId="1979B94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91CBB" w14:textId="6DC5BB79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900F5F" w14:textId="55B5F343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E56C" w14:textId="7227D17A" w:rsidR="00661131" w:rsidRPr="001C031B" w:rsidRDefault="009F5C62" w:rsidP="009F5C62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16.03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AA8D66" w14:textId="6A8FD5E7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5E7BB3F7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26A7FB" w14:textId="474B40B1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7180E" w14:textId="2CFD9880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Обработка боковых срезов юбки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32C30C" w14:textId="17D023F2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1AE33" w14:textId="26FFAC4B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4CAB2" w14:textId="3981879F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4DEB8" w14:textId="16CE11CD" w:rsidR="00661131" w:rsidRPr="001C031B" w:rsidRDefault="009F5C62" w:rsidP="006755CD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16.03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50E55A" w14:textId="4F27264B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4BD2B09D" w14:textId="77777777" w:rsidTr="00B33B50">
        <w:trPr>
          <w:trHeight w:hRule="exact" w:val="110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48BC5" w14:textId="697CFDE0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2AF34" w14:textId="7B245C01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Способы обработки внутренних срезов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B81EEE" w14:textId="3CEA8634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877467" w14:textId="0C2B4BD7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9902D" w14:textId="74092D80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8C41" w14:textId="77777777" w:rsidR="00661131" w:rsidRDefault="006755CD" w:rsidP="006755CD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23.03</w:t>
            </w:r>
          </w:p>
          <w:p w14:paraId="62468070" w14:textId="25E99E38" w:rsidR="00B33B50" w:rsidRPr="001C031B" w:rsidRDefault="00B33B50" w:rsidP="006755CD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Навруз Байрам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6CD275" w14:textId="6C10F9A8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195E4D6D" w14:textId="77777777" w:rsidTr="00B33B50">
        <w:trPr>
          <w:trHeight w:hRule="exact" w:val="7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C455BB" w14:textId="5BA1B592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53.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19E2DE" w14:textId="65BF924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Технология обработки застежки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122E9" w14:textId="015BB1BF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50A53" w14:textId="35BE9AD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AA0F81" w14:textId="6C471B9F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AD4C" w14:textId="138DBE0E" w:rsidR="00661131" w:rsidRPr="001C031B" w:rsidRDefault="006755CD" w:rsidP="006755CD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23.03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21C3B8" w14:textId="45BA43CB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01990F17" w14:textId="77777777" w:rsidTr="00B33B50">
        <w:trPr>
          <w:trHeight w:hRule="exact" w:val="62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E75328" w14:textId="13B0D19F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E0DAF" w14:textId="0166889F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Технология обработки застежки тесьмой-молния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FB87C" w14:textId="5593F6A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53295" w14:textId="286A5C0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12472F" w14:textId="13596B69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7A44" w14:textId="6BAB6FCA" w:rsidR="00661131" w:rsidRPr="001C031B" w:rsidRDefault="006755CD" w:rsidP="006755CD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06.04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41B3BC" w14:textId="284FFB53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794CE532" w14:textId="77777777" w:rsidTr="00B33B50">
        <w:trPr>
          <w:trHeight w:hRule="exact" w:val="79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BF5167" w14:textId="39C4BD4D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A2B62F" w14:textId="4B9F0B3D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Технология обработки линии талии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3F3C8" w14:textId="2F7EFBF4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BF6CD" w14:textId="35947C7C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D80AB1" w14:textId="1C78676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1A71" w14:textId="74CEA279" w:rsidR="00661131" w:rsidRPr="001C031B" w:rsidRDefault="006755CD" w:rsidP="006755CD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06.04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ED136" w14:textId="2C8457C0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4DCAB165" w14:textId="77777777" w:rsidTr="00B33B50">
        <w:trPr>
          <w:trHeight w:hRule="exact" w:val="127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AFDC1" w14:textId="42001488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5DCA8" w14:textId="18208551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Технология обработки линии талии притачным поясом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2F0980" w14:textId="32A73B16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C3FB4" w14:textId="5492797B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74ABD1" w14:textId="124B5042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450A" w14:textId="77777777" w:rsidR="00661131" w:rsidRDefault="006755CD" w:rsidP="006755CD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13.04</w:t>
            </w:r>
          </w:p>
          <w:p w14:paraId="148C956A" w14:textId="0D532D45" w:rsidR="00B33B50" w:rsidRPr="001C031B" w:rsidRDefault="00B33B50" w:rsidP="006755CD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День космонавтики (12.04)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F03915" w14:textId="332E5C02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232E47DD" w14:textId="77777777" w:rsidTr="00061E07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5DAAD" w14:textId="751131BF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57.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92DB50" w14:textId="2FAE71FC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Технология декоративной отделки швейных изделий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487CF" w14:textId="5257A54A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0AD61C" w14:textId="076CF26F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C4B5B4" w14:textId="799D4B09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B6591" w14:textId="098F8B50" w:rsidR="00661131" w:rsidRPr="001C031B" w:rsidRDefault="006755CD" w:rsidP="006755CD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13.04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7BA9D0" w14:textId="704CD16E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194D4809" w14:textId="77777777" w:rsidTr="00B33B50">
        <w:trPr>
          <w:trHeight w:hRule="exact" w:val="11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F1491" w14:textId="229B096F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58.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54EA46" w14:textId="30C5A105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Технология вышивки лентами. Швы, используемые в вышивке лентами.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C52FA" w14:textId="28BF116A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F8089A" w14:textId="450BC5C2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6ED63B" w14:textId="6FAE6A6E" w:rsidR="00661131" w:rsidRPr="001C031B" w:rsidRDefault="00661131" w:rsidP="00171EA9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25F9" w14:textId="65C8E257" w:rsidR="00661131" w:rsidRPr="001C031B" w:rsidRDefault="006755CD" w:rsidP="006755CD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20.04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1D90EA" w14:textId="26444837" w:rsidR="00661131" w:rsidRPr="001C031B" w:rsidRDefault="00661131" w:rsidP="00171EA9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2AA6DF2F" w14:textId="77777777" w:rsidTr="00B33B50">
        <w:trPr>
          <w:trHeight w:hRule="exact" w:val="13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61FAF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59.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70F6F" w14:textId="77777777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576"/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Прямой стежок. Петельный прямой стежок. </w:t>
            </w:r>
            <w:r w:rsidRPr="001C031B">
              <w:rPr>
                <w:rFonts w:ascii="Times New Roman" w:eastAsia="Times New Roman" w:hAnsi="Times New Roman"/>
                <w:color w:val="000000"/>
              </w:rPr>
              <w:t>Роза из шва полупетля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47E678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17EE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4F5B89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FE7A" w14:textId="6F05F682" w:rsidR="00661131" w:rsidRPr="001C031B" w:rsidRDefault="006755CD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20.04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775FE7" w14:textId="3C247994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6D7C099E" w14:textId="77777777" w:rsidTr="00B33B50">
        <w:trPr>
          <w:trHeight w:hRule="exact" w:val="91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CCE5BD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lastRenderedPageBreak/>
              <w:t>60.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96716D" w14:textId="77777777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Роза из ленточных стежков. Стежка в строчку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A66C6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957D4B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F4650A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A8D7" w14:textId="0968DAD3" w:rsidR="00661131" w:rsidRPr="001C031B" w:rsidRDefault="006755CD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27.04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D4EC59" w14:textId="172774C0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3872DAB4" w14:textId="77777777" w:rsidTr="00B33B50">
        <w:trPr>
          <w:trHeight w:hRule="exact" w:val="126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89D2D5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61.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6A0687" w14:textId="77777777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Оформление изделий вышивкой атласными лентами.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893805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36DC87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6F02D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1EE78" w14:textId="527D6DA0" w:rsidR="00661131" w:rsidRPr="001C031B" w:rsidRDefault="006755CD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27.04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8AC9D" w14:textId="7D7817B1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3CBED503" w14:textId="77777777" w:rsidTr="00B33B50">
        <w:trPr>
          <w:trHeight w:hRule="exact" w:val="114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3CF2CD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62.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3B59EC" w14:textId="77777777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288"/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Оценка качества проектного швейного изделия. </w:t>
            </w:r>
            <w:r w:rsidRPr="001C031B">
              <w:rPr>
                <w:rFonts w:ascii="Times New Roman" w:eastAsia="Times New Roman" w:hAnsi="Times New Roman"/>
                <w:color w:val="000000"/>
              </w:rPr>
              <w:t>Защита проекта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57618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05BDF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915C18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436F" w14:textId="77777777" w:rsidR="00661131" w:rsidRDefault="006755CD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04.05</w:t>
            </w:r>
          </w:p>
          <w:p w14:paraId="754F673E" w14:textId="487B93FB" w:rsidR="00B33B50" w:rsidRPr="001C031B" w:rsidRDefault="00B33B50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Праздник весны и Труда( 1.05)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6D5A4" w14:textId="2D962D2A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63CE69C9" w14:textId="77777777" w:rsidTr="00B33B50">
        <w:trPr>
          <w:trHeight w:hRule="exact" w:val="22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FEA529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63.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130443" w14:textId="77777777" w:rsidR="00661131" w:rsidRPr="001C031B" w:rsidRDefault="00661131" w:rsidP="00DB409C">
            <w:pPr>
              <w:autoSpaceDE w:val="0"/>
              <w:autoSpaceDN w:val="0"/>
              <w:spacing w:before="98" w:after="0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Классификация роботов. Транспортные роботыРоботы: конструирование и </w:t>
            </w:r>
            <w:r w:rsidRPr="001C031B">
              <w:rPr>
                <w:lang w:val="ru-RU"/>
              </w:rPr>
              <w:br/>
            </w: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управление. </w:t>
            </w:r>
            <w:r w:rsidRPr="001C031B">
              <w:rPr>
                <w:rFonts w:ascii="Times New Roman" w:eastAsia="Times New Roman" w:hAnsi="Times New Roman"/>
                <w:color w:val="000000"/>
              </w:rPr>
              <w:t xml:space="preserve">Простые модели с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элементами управления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976D9B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54C965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BF0BBA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5326" w14:textId="1C1BF17C" w:rsidR="00661131" w:rsidRPr="001C031B" w:rsidRDefault="006755CD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04.05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317E7D" w14:textId="0238B535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 w:rsidRPr="001C031B">
              <w:rPr>
                <w:rFonts w:ascii="Times New Roman" w:eastAsia="Times New Roman" w:hAnsi="Times New Roman"/>
                <w:color w:val="000000"/>
              </w:rPr>
              <w:t>Практическая работа;</w:t>
            </w:r>
          </w:p>
        </w:tc>
      </w:tr>
      <w:tr w:rsidR="00661131" w:rsidRPr="001C031B" w14:paraId="0144DD7B" w14:textId="77777777" w:rsidTr="00B33B50">
        <w:trPr>
          <w:trHeight w:hRule="exact" w:val="15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BD35D7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 w:rsidRPr="001C031B">
              <w:rPr>
                <w:rFonts w:ascii="Times New Roman" w:eastAsia="Times New Roman" w:hAnsi="Times New Roman"/>
                <w:color w:val="000000"/>
              </w:rPr>
              <w:t>64.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C72935" w14:textId="77777777" w:rsidR="00661131" w:rsidRPr="001C031B" w:rsidRDefault="00661131" w:rsidP="00DB409C">
            <w:pPr>
              <w:autoSpaceDE w:val="0"/>
              <w:autoSpaceDN w:val="0"/>
              <w:spacing w:before="98" w:after="0" w:line="271" w:lineRule="auto"/>
              <w:ind w:left="72" w:right="144"/>
              <w:rPr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Алгоритмы и исполнители. Роботы как исполнители. Датчики. Назначение и функции различных датчиков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84C79E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AFD66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07F56A" w14:textId="77777777" w:rsidR="00661131" w:rsidRPr="001C031B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 w:rsidRPr="001C031B">
              <w:rPr>
                <w:rFonts w:ascii="Times New Roman" w:eastAsia="Times New Roman" w:hAnsi="Times New Roman"/>
                <w:color w:val="00000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1F6D" w14:textId="77777777" w:rsidR="00661131" w:rsidRDefault="006755CD" w:rsidP="006755CD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1C031B">
              <w:rPr>
                <w:rFonts w:ascii="Times New Roman" w:eastAsia="Times New Roman" w:hAnsi="Times New Roman"/>
                <w:color w:val="000000"/>
                <w:lang w:val="ru-RU"/>
              </w:rPr>
              <w:t>11.05</w:t>
            </w:r>
          </w:p>
          <w:p w14:paraId="0A192F71" w14:textId="77777777" w:rsidR="00504D87" w:rsidRDefault="00504D87" w:rsidP="00504D8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День победы</w:t>
            </w:r>
          </w:p>
          <w:p w14:paraId="1879FDD2" w14:textId="033DA74B" w:rsidR="00504D87" w:rsidRPr="001C031B" w:rsidRDefault="00504D87" w:rsidP="00504D87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( 9.05)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EC8A9" w14:textId="265EA8AF" w:rsidR="00661131" w:rsidRPr="001C031B" w:rsidRDefault="00661131" w:rsidP="00DB409C">
            <w:pPr>
              <w:autoSpaceDE w:val="0"/>
              <w:autoSpaceDN w:val="0"/>
              <w:spacing w:before="98" w:after="0" w:line="262" w:lineRule="auto"/>
              <w:ind w:left="72" w:right="720"/>
            </w:pPr>
            <w:r w:rsidRPr="001C031B">
              <w:rPr>
                <w:rFonts w:ascii="Times New Roman" w:eastAsia="Times New Roman" w:hAnsi="Times New Roman"/>
                <w:color w:val="000000"/>
              </w:rPr>
              <w:t xml:space="preserve">Устный </w:t>
            </w:r>
            <w:r w:rsidRPr="001C031B">
              <w:br/>
            </w:r>
            <w:r w:rsidRPr="001C031B">
              <w:rPr>
                <w:rFonts w:ascii="Times New Roman" w:eastAsia="Times New Roman" w:hAnsi="Times New Roman"/>
                <w:color w:val="000000"/>
              </w:rPr>
              <w:t>опрос;</w:t>
            </w:r>
          </w:p>
        </w:tc>
      </w:tr>
      <w:tr w:rsidR="00661131" w14:paraId="23403454" w14:textId="77777777" w:rsidTr="00061E07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1623E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2C4F5" w14:textId="77777777" w:rsidR="00661131" w:rsidRPr="00432BB2" w:rsidRDefault="00661131" w:rsidP="00DB409C">
            <w:pPr>
              <w:autoSpaceDE w:val="0"/>
              <w:autoSpaceDN w:val="0"/>
              <w:spacing w:before="98" w:after="0" w:line="271" w:lineRule="auto"/>
              <w:ind w:left="72" w:right="576"/>
              <w:rPr>
                <w:lang w:val="ru-RU"/>
              </w:rPr>
            </w:pPr>
            <w:r w:rsidRPr="00432BB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5AC78B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A5DF7D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7B7688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F24B" w14:textId="261CF3AF" w:rsidR="00661131" w:rsidRDefault="006755CD" w:rsidP="006755CD">
            <w:pPr>
              <w:autoSpaceDE w:val="0"/>
              <w:autoSpaceDN w:val="0"/>
              <w:spacing w:before="98" w:after="0" w:line="262" w:lineRule="auto"/>
              <w:ind w:right="720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6755CD">
              <w:rPr>
                <w:rFonts w:ascii="Times New Roman" w:eastAsia="Times New Roman" w:hAnsi="Times New Roman"/>
                <w:color w:val="000000"/>
                <w:sz w:val="20"/>
                <w:szCs w:val="18"/>
                <w:lang w:val="ru-RU"/>
              </w:rPr>
              <w:t>11.05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F1B1F" w14:textId="1B0B1644" w:rsidR="00661131" w:rsidRDefault="00661131" w:rsidP="00DB409C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661131" w14:paraId="76E1155B" w14:textId="77777777" w:rsidTr="00B33B50">
        <w:trPr>
          <w:trHeight w:hRule="exact" w:val="166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24399A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2C6E7" w14:textId="77777777" w:rsidR="00661131" w:rsidRPr="00432BB2" w:rsidRDefault="00661131" w:rsidP="00DB409C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32BB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Движение модели транспортного робота. Программирование робота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554C6E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6200DD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C7DD27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DC1A" w14:textId="77777777" w:rsidR="00661131" w:rsidRDefault="006755CD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0"/>
                <w:szCs w:val="18"/>
                <w:lang w:val="ru-RU"/>
              </w:rPr>
            </w:pPr>
            <w:r w:rsidRPr="006755CD">
              <w:rPr>
                <w:rFonts w:ascii="Times New Roman" w:eastAsia="Times New Roman" w:hAnsi="Times New Roman"/>
                <w:color w:val="000000"/>
                <w:sz w:val="20"/>
                <w:szCs w:val="18"/>
                <w:lang w:val="ru-RU"/>
              </w:rPr>
              <w:t>18.05</w:t>
            </w:r>
          </w:p>
          <w:p w14:paraId="38240012" w14:textId="77777777" w:rsidR="00504D87" w:rsidRDefault="00504D87" w:rsidP="00504D8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День музеев</w:t>
            </w:r>
          </w:p>
          <w:p w14:paraId="1520077D" w14:textId="582382A3" w:rsidR="00504D87" w:rsidRPr="006755CD" w:rsidRDefault="00504D87" w:rsidP="00504D8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( 18.05)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7BE3DB" w14:textId="2F98D494" w:rsidR="00661131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661131" w14:paraId="06A45B0C" w14:textId="77777777" w:rsidTr="00061E07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FD4B3B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3BE3FD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A6144F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660BC4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DE3BCA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35897" w14:textId="6EC36ACF" w:rsidR="00661131" w:rsidRDefault="006755CD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6755CD">
              <w:rPr>
                <w:rFonts w:ascii="Times New Roman" w:eastAsia="Times New Roman" w:hAnsi="Times New Roman"/>
                <w:color w:val="000000"/>
                <w:sz w:val="20"/>
                <w:szCs w:val="18"/>
                <w:lang w:val="ru-RU"/>
              </w:rPr>
              <w:t>18.05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A88934" w14:textId="08CBF219" w:rsidR="00661131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61131" w14:paraId="7A8D29D0" w14:textId="77777777" w:rsidTr="00504D87">
        <w:trPr>
          <w:trHeight w:hRule="exact" w:val="14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4595F3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68D22" w14:textId="77777777" w:rsidR="00661131" w:rsidRPr="00432BB2" w:rsidRDefault="00661131" w:rsidP="00DB409C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432BB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Испытание модели робота. Защита проекта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0FC83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D3F90B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05F177" w14:textId="77777777" w:rsidR="00661131" w:rsidRDefault="00661131" w:rsidP="00DB409C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1616" w14:textId="77777777" w:rsidR="00661131" w:rsidRDefault="006755CD" w:rsidP="00DB409C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0"/>
                <w:szCs w:val="18"/>
                <w:lang w:val="ru-RU"/>
              </w:rPr>
            </w:pPr>
            <w:r w:rsidRPr="006755CD">
              <w:rPr>
                <w:rFonts w:ascii="Times New Roman" w:eastAsia="Times New Roman" w:hAnsi="Times New Roman"/>
                <w:color w:val="000000"/>
                <w:sz w:val="20"/>
                <w:szCs w:val="18"/>
                <w:lang w:val="ru-RU"/>
              </w:rPr>
              <w:t>25.05</w:t>
            </w:r>
          </w:p>
          <w:p w14:paraId="040B91AC" w14:textId="77777777" w:rsidR="00504D87" w:rsidRDefault="00504D87" w:rsidP="00504D8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День предпринимателя </w:t>
            </w:r>
          </w:p>
          <w:p w14:paraId="207ADFF3" w14:textId="4AE020E4" w:rsidR="00504D87" w:rsidRPr="006755CD" w:rsidRDefault="00504D87" w:rsidP="00504D87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( 26.05)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0D2D3C" w14:textId="683A5279" w:rsidR="00661131" w:rsidRDefault="00661131" w:rsidP="00DB409C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661131" w14:paraId="72367BB0" w14:textId="77777777" w:rsidTr="00061E07">
        <w:trPr>
          <w:trHeight w:hRule="exact" w:val="808"/>
        </w:trPr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6898F3" w14:textId="6DF3484C" w:rsidR="00661131" w:rsidRPr="007857A5" w:rsidRDefault="00661131" w:rsidP="007857A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857A5">
              <w:rPr>
                <w:lang w:val="ru-RU"/>
              </w:rPr>
              <w:t>ОБЩЕЕ КОЛИЧЕСТВО ЧАСОВ ПО ПРОГРАММЕ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C06F00" w14:textId="29297C4E" w:rsidR="00661131" w:rsidRDefault="00661131" w:rsidP="007857A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D032D">
              <w:t>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6F5334" w14:textId="37927701" w:rsidR="00661131" w:rsidRDefault="00661131" w:rsidP="007857A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D032D"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D7C38F" w14:textId="08EC43D3" w:rsidR="00661131" w:rsidRDefault="00661131" w:rsidP="007857A5">
            <w:pPr>
              <w:autoSpaceDE w:val="0"/>
              <w:autoSpaceDN w:val="0"/>
              <w:spacing w:before="98" w:after="0" w:line="230" w:lineRule="auto"/>
              <w:ind w:left="72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0D032D">
              <w:t>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D1E3" w14:textId="77777777" w:rsidR="00661131" w:rsidRDefault="00661131" w:rsidP="007857A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7644B4" w14:textId="24EE27A6" w:rsidR="00661131" w:rsidRDefault="00661131" w:rsidP="007857A5">
            <w:pPr>
              <w:autoSpaceDE w:val="0"/>
              <w:autoSpaceDN w:val="0"/>
              <w:spacing w:before="98" w:after="0" w:line="262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</w:rPr>
            </w:pPr>
          </w:p>
        </w:tc>
      </w:tr>
    </w:tbl>
    <w:p w14:paraId="7CA31245" w14:textId="77777777" w:rsidR="00E51644" w:rsidRDefault="00E51644">
      <w:pPr>
        <w:sectPr w:rsidR="00E51644">
          <w:pgSz w:w="11900" w:h="16840"/>
          <w:pgMar w:top="284" w:right="650" w:bottom="542" w:left="666" w:header="720" w:footer="720" w:gutter="0"/>
          <w:cols w:space="720" w:equalWidth="0">
            <w:col w:w="10584" w:space="0"/>
          </w:cols>
          <w:docGrid w:linePitch="360"/>
        </w:sectPr>
      </w:pPr>
    </w:p>
    <w:p w14:paraId="1AC9EB4D" w14:textId="77777777" w:rsidR="00E51644" w:rsidRDefault="00E51644"/>
    <w:p w14:paraId="7B0EC1CE" w14:textId="77777777" w:rsidR="007857A5" w:rsidRPr="007857A5" w:rsidRDefault="007857A5" w:rsidP="007857A5">
      <w:pPr>
        <w:autoSpaceDE w:val="0"/>
        <w:autoSpaceDN w:val="0"/>
        <w:spacing w:after="0" w:line="230" w:lineRule="auto"/>
        <w:rPr>
          <w:lang w:val="ru-RU"/>
        </w:rPr>
      </w:pPr>
      <w:r>
        <w:tab/>
      </w:r>
      <w:r w:rsidRPr="007857A5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14:paraId="002E0183" w14:textId="77777777" w:rsidR="007857A5" w:rsidRPr="007857A5" w:rsidRDefault="007857A5" w:rsidP="007857A5">
      <w:pPr>
        <w:autoSpaceDE w:val="0"/>
        <w:autoSpaceDN w:val="0"/>
        <w:spacing w:before="346" w:after="0" w:line="230" w:lineRule="auto"/>
        <w:rPr>
          <w:lang w:val="ru-RU"/>
        </w:rPr>
      </w:pPr>
      <w:r w:rsidRPr="007857A5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14:paraId="7FFCB3DC" w14:textId="77777777" w:rsidR="007857A5" w:rsidRPr="007857A5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7857A5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14:paraId="1C8D04BF" w14:textId="77777777" w:rsidR="007857A5" w:rsidRPr="00432BB2" w:rsidRDefault="007857A5" w:rsidP="007857A5">
      <w:pPr>
        <w:autoSpaceDE w:val="0"/>
        <w:autoSpaceDN w:val="0"/>
        <w:spacing w:before="166" w:after="0" w:line="281" w:lineRule="auto"/>
        <w:ind w:right="432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 5 класс/ Казакевич В.М., Пичугина Г.В., Семенова Г.Ю. и другие под редакцией Казакевича В.М., Акционерное общество "Издательство "Просвещение"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 5 класс / Глозман Е.С., Кожина О. А., Хотунцев Е.Л., ООО "ДРОФА": "Издательство "Просвещение"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Технология 5 класс/ Тищенко А.Т., Синица Н., В, Общество с ограниченной ответственностью "Издательский центр "ВЕНТАНА - ГРАФ"; Акционерное общество "Издательство "Просвещение"</w:t>
      </w:r>
    </w:p>
    <w:p w14:paraId="68FBE4FB" w14:textId="77777777" w:rsidR="007857A5" w:rsidRPr="00432BB2" w:rsidRDefault="007857A5" w:rsidP="007857A5">
      <w:pPr>
        <w:autoSpaceDE w:val="0"/>
        <w:autoSpaceDN w:val="0"/>
        <w:spacing w:before="264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14:paraId="228C69F8" w14:textId="77777777" w:rsidR="007857A5" w:rsidRPr="00432BB2" w:rsidRDefault="007857A5" w:rsidP="007857A5">
      <w:pPr>
        <w:autoSpaceDE w:val="0"/>
        <w:autoSpaceDN w:val="0"/>
        <w:spacing w:before="166" w:after="0" w:line="281" w:lineRule="auto"/>
        <w:ind w:right="432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 6 класс/ Казакевич В.М., Пичугина Г.В., Семенова Г.Ю. и другие под редакцией Казакевича В.М., Акционерное общество "Издательство "Просвещение"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 6 класс / Глозман Е.С., Кожина О. А., Хотунцев Е.Л., ООО "ДРОФА": "Издательство "Просвещение"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Технология 6 класс/ Тищенко А.Т., Синица Н., В, Общество с ограниченной ответственностью "Издательский центр "ВЕНТАНА - ГРАФ"; Акционерное общество "Издательство "Просвещение"</w:t>
      </w:r>
    </w:p>
    <w:p w14:paraId="7FCA2170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14:paraId="0871B76F" w14:textId="77777777" w:rsidR="007857A5" w:rsidRPr="00432BB2" w:rsidRDefault="007857A5" w:rsidP="007857A5">
      <w:pPr>
        <w:autoSpaceDE w:val="0"/>
        <w:autoSpaceDN w:val="0"/>
        <w:spacing w:before="166" w:after="0" w:line="281" w:lineRule="auto"/>
        <w:ind w:right="432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 7 класс/ Казакевич В.М., Пичугина Г.В., Семенова Г.Ю. и другие под редакцией Казакевича В.М., Акционерное общество "Издательство "Просвещение"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 7 класс / Глозман Е.С., Кожина О. А., Хотунцев Е.Л., ООО "ДРОФА": "Издательство "Просвещение"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Технология 7 класс/ Тищенко А.Т., Синица Н., В, Общество с ограниченной ответственностью "Издательский центр "ВЕНТАНА - ГРАФ"; Акционерное общество "Издательство "Просвещение"</w:t>
      </w:r>
    </w:p>
    <w:p w14:paraId="0D96C69D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14:paraId="6C4E2BBB" w14:textId="77777777" w:rsidR="007857A5" w:rsidRPr="00432BB2" w:rsidRDefault="007857A5" w:rsidP="007857A5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 8-9 класс/ Казакевич В.М., Пичугина В.Г., Семенова Г.Ю. и другие; под редакцией Казакевича В.М., Акционерное общество "Издательство "Просвещение"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Технология 8-9 класс: учебн. для образоват. организаций:[В.М. казакевич и др.]: под редакцией В.М.</w:t>
      </w:r>
    </w:p>
    <w:p w14:paraId="0DF095B4" w14:textId="77777777" w:rsidR="007857A5" w:rsidRPr="00432BB2" w:rsidRDefault="007857A5" w:rsidP="007857A5">
      <w:pPr>
        <w:autoSpaceDE w:val="0"/>
        <w:autoSpaceDN w:val="0"/>
        <w:spacing w:before="7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Казакевича. 4-е издание, стер.- М.: Просвещение, 2022.-225с.: ил. - </w:t>
      </w:r>
      <w:r>
        <w:rPr>
          <w:rFonts w:ascii="Times New Roman" w:eastAsia="Times New Roman" w:hAnsi="Times New Roman"/>
          <w:color w:val="000000"/>
          <w:sz w:val="24"/>
        </w:rPr>
        <w:t>ISBN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9780509088017-6</w:t>
      </w:r>
    </w:p>
    <w:p w14:paraId="61ABDC1A" w14:textId="77777777" w:rsidR="007857A5" w:rsidRPr="00432BB2" w:rsidRDefault="007857A5" w:rsidP="007857A5">
      <w:pPr>
        <w:autoSpaceDE w:val="0"/>
        <w:autoSpaceDN w:val="0"/>
        <w:spacing w:before="264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14:paraId="1927B6C0" w14:textId="77777777" w:rsidR="007857A5" w:rsidRPr="00432BB2" w:rsidRDefault="007857A5" w:rsidP="007857A5">
      <w:pPr>
        <w:autoSpaceDE w:val="0"/>
        <w:autoSpaceDN w:val="0"/>
        <w:spacing w:before="166" w:after="0" w:line="271" w:lineRule="auto"/>
        <w:ind w:right="144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Технология 8-9 класс/ Казакевич В.М., Пичугина В.Г., Семенова Г.Ю. и другие; под редакцией Казакевича В.М., Акционерное общество "Издательство "Просвещение"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Технология 8-9 класс: учебн. для образоват. организаций:[В.М. казакевич и др.]: под редакцией В.М.</w:t>
      </w:r>
    </w:p>
    <w:p w14:paraId="239AAD68" w14:textId="77777777" w:rsidR="007857A5" w:rsidRPr="00432BB2" w:rsidRDefault="007857A5" w:rsidP="007857A5">
      <w:pPr>
        <w:autoSpaceDE w:val="0"/>
        <w:autoSpaceDN w:val="0"/>
        <w:spacing w:before="70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Казакевича. 4-е издание, стер.- М.: Просвещение, 2022.-225с.: ил. - </w:t>
      </w:r>
      <w:r>
        <w:rPr>
          <w:rFonts w:ascii="Times New Roman" w:eastAsia="Times New Roman" w:hAnsi="Times New Roman"/>
          <w:color w:val="000000"/>
          <w:sz w:val="24"/>
        </w:rPr>
        <w:t>ISBN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9780509088017-6</w:t>
      </w:r>
    </w:p>
    <w:p w14:paraId="7FFB3775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14:paraId="638B8B0C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14:paraId="7B623BD3" w14:textId="77777777" w:rsidR="007857A5" w:rsidRPr="00432BB2" w:rsidRDefault="007857A5" w:rsidP="007857A5">
      <w:pPr>
        <w:autoSpaceDE w:val="0"/>
        <w:autoSpaceDN w:val="0"/>
        <w:spacing w:before="166" w:after="0" w:line="262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Н.В. Синица. П.С. Самородский. Технология. Программа 5-8(9) классы. Москва. Издательский центр. "Вентана-Граф" 2015 г.</w:t>
      </w:r>
    </w:p>
    <w:p w14:paraId="029E0026" w14:textId="77777777" w:rsidR="007857A5" w:rsidRPr="00432BB2" w:rsidRDefault="007857A5" w:rsidP="007857A5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Учебник технологии 5 класс универсальная линия Синица Н.В., Самородский П.С.,Симоненко В.Д., Яковенко О.В. Издательский центр "Вентана-Граф" 2014 г.</w:t>
      </w:r>
    </w:p>
    <w:p w14:paraId="320A5AC5" w14:textId="3624DB87" w:rsidR="007857A5" w:rsidRPr="00432BB2" w:rsidRDefault="007857A5" w:rsidP="00504D87">
      <w:pPr>
        <w:autoSpaceDE w:val="0"/>
        <w:autoSpaceDN w:val="0"/>
        <w:spacing w:before="70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Образовательный портал "Непрерывная подготовка учителя технологии":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tehnologi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su</w:t>
      </w:r>
    </w:p>
    <w:p w14:paraId="52491141" w14:textId="77777777" w:rsidR="007857A5" w:rsidRPr="00432BB2" w:rsidRDefault="007857A5" w:rsidP="007857A5">
      <w:pPr>
        <w:autoSpaceDE w:val="0"/>
        <w:autoSpaceDN w:val="0"/>
        <w:spacing w:after="0" w:line="262" w:lineRule="auto"/>
        <w:ind w:right="216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Образовательный сайт "ИКТ на уроках технологии":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ikt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45.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Библиотека разработок по технологии: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nsportal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shkola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tekhnologiya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library</w:t>
      </w:r>
    </w:p>
    <w:p w14:paraId="5827D4B6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14:paraId="0B182BC1" w14:textId="77777777" w:rsidR="007857A5" w:rsidRPr="00432BB2" w:rsidRDefault="007857A5" w:rsidP="007857A5">
      <w:pPr>
        <w:autoSpaceDE w:val="0"/>
        <w:autoSpaceDN w:val="0"/>
        <w:spacing w:before="166" w:after="0" w:line="262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Н.В. Синица. П.С. Самородский. Технология. Программа 5-8(9) классы. Москва. Издательский центр. "Вентана-Граф" 2015 г.</w:t>
      </w:r>
    </w:p>
    <w:p w14:paraId="3953323A" w14:textId="77777777" w:rsidR="007857A5" w:rsidRPr="00432BB2" w:rsidRDefault="007857A5" w:rsidP="007857A5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Учебник технологии 5 класс универсальная линия Синица Н.В., Самородский П.С.,Симоненко В.Д., Яковенко О.В. Издательский центр "Вентана-Граф" 2014 г.</w:t>
      </w:r>
    </w:p>
    <w:p w14:paraId="47BAADDE" w14:textId="77777777" w:rsidR="007857A5" w:rsidRPr="00432BB2" w:rsidRDefault="007857A5" w:rsidP="007857A5">
      <w:pPr>
        <w:autoSpaceDE w:val="0"/>
        <w:autoSpaceDN w:val="0"/>
        <w:spacing w:before="70" w:after="0" w:line="271" w:lineRule="auto"/>
        <w:ind w:right="1152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Образовательный портал "Непрерывная подготовка учителя технологии":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tehnologi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Образовательный сайт "ИКТ на уроках технологии":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ikt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45.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Библиотека разработок по технологии: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nsportal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shkola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tekhnologiya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library</w:t>
      </w:r>
    </w:p>
    <w:p w14:paraId="5FACEC79" w14:textId="77777777" w:rsidR="007857A5" w:rsidRPr="00432BB2" w:rsidRDefault="007857A5" w:rsidP="007857A5">
      <w:pPr>
        <w:autoSpaceDE w:val="0"/>
        <w:autoSpaceDN w:val="0"/>
        <w:spacing w:before="264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14:paraId="07F8BB19" w14:textId="77777777" w:rsidR="007857A5" w:rsidRPr="00432BB2" w:rsidRDefault="007857A5" w:rsidP="007857A5">
      <w:pPr>
        <w:autoSpaceDE w:val="0"/>
        <w:autoSpaceDN w:val="0"/>
        <w:spacing w:before="166" w:after="0" w:line="262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Н.В. Синица. П.С. Самородский. Технология. Программа 5-8(9) классы. Москва. Издательский центр. "Вентана-Граф" 2015 г.</w:t>
      </w:r>
    </w:p>
    <w:p w14:paraId="6C2E5917" w14:textId="77777777" w:rsidR="007857A5" w:rsidRPr="00432BB2" w:rsidRDefault="007857A5" w:rsidP="007857A5">
      <w:pPr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Учебник технологии 5 класс универсальная линия Синица Н.В., Самородский П.С.,Симоненко В.Д., Яковенко О.В. Издательский центр "Вентана-Граф" 2014 г.</w:t>
      </w:r>
    </w:p>
    <w:p w14:paraId="491CAB3C" w14:textId="77777777" w:rsidR="007857A5" w:rsidRPr="00432BB2" w:rsidRDefault="007857A5" w:rsidP="007857A5">
      <w:pPr>
        <w:autoSpaceDE w:val="0"/>
        <w:autoSpaceDN w:val="0"/>
        <w:spacing w:before="70" w:after="0" w:line="271" w:lineRule="auto"/>
        <w:ind w:right="1152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Образовательный портал "Непрерывная подготовка учителя технологии":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tehnologi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su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Образовательный сайт "ИКТ на уроках технологии":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ikt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45.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Библиотека разработок по технологии: </w:t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nsportal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shkola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tekhnologiya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library</w:t>
      </w:r>
    </w:p>
    <w:p w14:paraId="6BE1FB94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14:paraId="577D545A" w14:textId="77777777" w:rsidR="007857A5" w:rsidRPr="00432BB2" w:rsidRDefault="007857A5" w:rsidP="007857A5">
      <w:pPr>
        <w:autoSpaceDE w:val="0"/>
        <w:autoSpaceDN w:val="0"/>
        <w:spacing w:before="166" w:after="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Примерная рабочая программа для обучения учащихся 5-9 классов в переходный период "Технология. Программа. 5-9 классы"/ В.М. Казакевич, Г.В. Пинчугина, Г.Ю. Семенова. - М.: Издательский центр "ВЕНТАНА -ГРАФ"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Технология 8-9 класс: учебн. для образоват. организаций:[В.М. казакевич и др.]: под редакцией В.М.</w:t>
      </w:r>
    </w:p>
    <w:p w14:paraId="7E19D6A2" w14:textId="77777777" w:rsidR="007857A5" w:rsidRPr="00432BB2" w:rsidRDefault="007857A5" w:rsidP="007857A5">
      <w:pPr>
        <w:autoSpaceDE w:val="0"/>
        <w:autoSpaceDN w:val="0"/>
        <w:spacing w:before="70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Казакевича. 4-е издание, стер.- М.: Просвещение, 2022.-225с.: ил. - </w:t>
      </w:r>
      <w:r>
        <w:rPr>
          <w:rFonts w:ascii="Times New Roman" w:eastAsia="Times New Roman" w:hAnsi="Times New Roman"/>
          <w:color w:val="000000"/>
          <w:sz w:val="24"/>
        </w:rPr>
        <w:t>ISBN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9780509088017-6</w:t>
      </w:r>
    </w:p>
    <w:p w14:paraId="404C122B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14:paraId="4161C547" w14:textId="77777777" w:rsidR="007857A5" w:rsidRPr="00432BB2" w:rsidRDefault="007857A5" w:rsidP="007857A5">
      <w:pPr>
        <w:autoSpaceDE w:val="0"/>
        <w:autoSpaceDN w:val="0"/>
        <w:spacing w:before="166" w:after="0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Примерная рабочая программа для обучения учащихся 5-9 классов в переходный период "Технология. Программа. 5-9 классы"/ В.М. Казакевич, Г.В. Пинчугина, Г.Ю. Семенова. - М.: Издательский центр "ВЕНТАНА -ГРАФ"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Технология 8-9 класс: учебн. для образоват. организаций:[В.М. казакевич и др.]: под редакцией В.М.</w:t>
      </w:r>
    </w:p>
    <w:p w14:paraId="5ED9FD79" w14:textId="77777777" w:rsidR="007857A5" w:rsidRPr="00432BB2" w:rsidRDefault="007857A5" w:rsidP="007857A5">
      <w:pPr>
        <w:autoSpaceDE w:val="0"/>
        <w:autoSpaceDN w:val="0"/>
        <w:spacing w:before="7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Казакевича. 4-е издание, стер.- М.: Просвещение, 2022.-225с.: ил. - </w:t>
      </w:r>
      <w:r>
        <w:rPr>
          <w:rFonts w:ascii="Times New Roman" w:eastAsia="Times New Roman" w:hAnsi="Times New Roman"/>
          <w:color w:val="000000"/>
          <w:sz w:val="24"/>
        </w:rPr>
        <w:t>ISBN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9780509088017-6</w:t>
      </w:r>
    </w:p>
    <w:p w14:paraId="6BDDEC23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14:paraId="3BB8EB1C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14:paraId="40205655" w14:textId="77777777" w:rsidR="007857A5" w:rsidRPr="00432BB2" w:rsidRDefault="007857A5" w:rsidP="007857A5">
      <w:pPr>
        <w:autoSpaceDE w:val="0"/>
        <w:autoSpaceDN w:val="0"/>
        <w:spacing w:before="166" w:after="0" w:line="283" w:lineRule="auto"/>
        <w:ind w:right="777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center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fio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som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openclass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user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tehnologia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/59442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tehnologiya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narod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/8/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lastRenderedPageBreak/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globallab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learningapps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</w:p>
    <w:p w14:paraId="339CC775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14:paraId="209C9F69" w14:textId="77777777" w:rsidR="007857A5" w:rsidRPr="00432BB2" w:rsidRDefault="007857A5" w:rsidP="007857A5">
      <w:pPr>
        <w:autoSpaceDE w:val="0"/>
        <w:autoSpaceDN w:val="0"/>
        <w:spacing w:before="166" w:after="0" w:line="230" w:lineRule="auto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center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fio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som</w:t>
      </w:r>
    </w:p>
    <w:p w14:paraId="0A51AF4F" w14:textId="77777777" w:rsidR="007857A5" w:rsidRPr="00432BB2" w:rsidRDefault="007857A5" w:rsidP="007857A5">
      <w:pPr>
        <w:autoSpaceDE w:val="0"/>
        <w:autoSpaceDN w:val="0"/>
        <w:spacing w:after="66" w:line="220" w:lineRule="exact"/>
        <w:rPr>
          <w:lang w:val="ru-RU"/>
        </w:rPr>
      </w:pPr>
    </w:p>
    <w:p w14:paraId="7ABF189A" w14:textId="77777777" w:rsidR="007857A5" w:rsidRPr="00432BB2" w:rsidRDefault="007857A5" w:rsidP="007857A5">
      <w:pPr>
        <w:autoSpaceDE w:val="0"/>
        <w:autoSpaceDN w:val="0"/>
        <w:spacing w:after="0" w:line="281" w:lineRule="auto"/>
        <w:ind w:right="705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openclass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user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tehnologia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/59442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tehnologiya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narod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/8/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globallab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learningapps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</w:p>
    <w:p w14:paraId="101FC0E9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14:paraId="2D3872F4" w14:textId="77777777" w:rsidR="007857A5" w:rsidRPr="00432BB2" w:rsidRDefault="007857A5" w:rsidP="007857A5">
      <w:pPr>
        <w:autoSpaceDE w:val="0"/>
        <w:autoSpaceDN w:val="0"/>
        <w:spacing w:before="166" w:after="0" w:line="283" w:lineRule="auto"/>
        <w:ind w:right="705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center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fio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som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openclass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user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tehnologia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/59442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tehnologiya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narod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/8/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globallab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learningapps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</w:p>
    <w:p w14:paraId="699EB8FB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14:paraId="092B53D2" w14:textId="77777777" w:rsidR="007857A5" w:rsidRPr="00432BB2" w:rsidRDefault="007857A5" w:rsidP="007857A5">
      <w:pPr>
        <w:autoSpaceDE w:val="0"/>
        <w:autoSpaceDN w:val="0"/>
        <w:spacing w:before="166" w:after="0" w:line="283" w:lineRule="auto"/>
        <w:ind w:right="705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center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fio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som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openclass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user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tehnologia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/59442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tehnologiya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narod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/8/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globallab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learningapps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</w:p>
    <w:p w14:paraId="5E3B6293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14:paraId="27417F97" w14:textId="77777777" w:rsidR="007857A5" w:rsidRPr="00432BB2" w:rsidRDefault="007857A5" w:rsidP="007857A5">
      <w:pPr>
        <w:autoSpaceDE w:val="0"/>
        <w:autoSpaceDN w:val="0"/>
        <w:spacing w:before="166" w:after="0" w:line="283" w:lineRule="auto"/>
        <w:ind w:right="705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center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fio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som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openclass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user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tehnologia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/59442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tehnologiya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narod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resh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subject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/8/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globallab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432BB2">
        <w:rPr>
          <w:lang w:val="ru-RU"/>
        </w:rPr>
        <w:br/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learningapps</w:t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org</w:t>
      </w:r>
    </w:p>
    <w:p w14:paraId="25711437" w14:textId="77777777" w:rsidR="007857A5" w:rsidRPr="00432BB2" w:rsidRDefault="007857A5" w:rsidP="007857A5">
      <w:pPr>
        <w:autoSpaceDE w:val="0"/>
        <w:autoSpaceDN w:val="0"/>
        <w:spacing w:after="78" w:line="220" w:lineRule="exact"/>
        <w:rPr>
          <w:lang w:val="ru-RU"/>
        </w:rPr>
      </w:pPr>
    </w:p>
    <w:p w14:paraId="7E213F91" w14:textId="77777777" w:rsidR="007857A5" w:rsidRPr="00432BB2" w:rsidRDefault="007857A5" w:rsidP="007857A5">
      <w:pPr>
        <w:autoSpaceDE w:val="0"/>
        <w:autoSpaceDN w:val="0"/>
        <w:spacing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МАТЕРИАЛЬНО-ТЕХНИЧЕСКОЕ ОБЕСПЕЧЕНИЕ ОБРАЗОВАТЕЛЬНОГО ПРОЦЕССА</w:t>
      </w:r>
    </w:p>
    <w:p w14:paraId="5C90A9B7" w14:textId="77777777" w:rsidR="007857A5" w:rsidRPr="00432BB2" w:rsidRDefault="007857A5" w:rsidP="007857A5">
      <w:pPr>
        <w:autoSpaceDE w:val="0"/>
        <w:autoSpaceDN w:val="0"/>
        <w:spacing w:before="346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УЧЕБНОЕ ОБОРУДОВАНИЕ</w:t>
      </w:r>
    </w:p>
    <w:p w14:paraId="34CBBE0D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14:paraId="0746DA22" w14:textId="77777777" w:rsidR="007857A5" w:rsidRPr="00432BB2" w:rsidRDefault="007857A5" w:rsidP="007857A5">
      <w:pPr>
        <w:autoSpaceDE w:val="0"/>
        <w:autoSpaceDN w:val="0"/>
        <w:spacing w:before="166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Швейные машины, оверлок, гладильная доска, утюг, парогенератор, вышивальная машина.</w:t>
      </w:r>
    </w:p>
    <w:p w14:paraId="442B02EC" w14:textId="77777777" w:rsidR="007857A5" w:rsidRPr="00432BB2" w:rsidRDefault="007857A5" w:rsidP="007857A5">
      <w:pPr>
        <w:autoSpaceDE w:val="0"/>
        <w:autoSpaceDN w:val="0"/>
        <w:spacing w:before="70" w:after="0" w:line="271" w:lineRule="auto"/>
        <w:ind w:right="489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 xml:space="preserve">Инструменты для ручного швейного труда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Компьютер, интерактивная панель, документкамера, Электрическая плита, кухонное оборудование, посуда</w:t>
      </w:r>
    </w:p>
    <w:p w14:paraId="411BF6E5" w14:textId="77777777" w:rsidR="007857A5" w:rsidRPr="00432BB2" w:rsidRDefault="007857A5" w:rsidP="007857A5">
      <w:pPr>
        <w:autoSpaceDE w:val="0"/>
        <w:autoSpaceDN w:val="0"/>
        <w:spacing w:before="264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14:paraId="68DB7CE4" w14:textId="77777777" w:rsidR="007857A5" w:rsidRPr="00432BB2" w:rsidRDefault="007857A5" w:rsidP="007857A5">
      <w:pPr>
        <w:autoSpaceDE w:val="0"/>
        <w:autoSpaceDN w:val="0"/>
        <w:spacing w:before="168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Швейные машины, оверлок, гладильная доска, утюг, парогенератор, вышивальная машина.</w:t>
      </w:r>
    </w:p>
    <w:p w14:paraId="47531E87" w14:textId="77777777" w:rsidR="007857A5" w:rsidRPr="00432BB2" w:rsidRDefault="007857A5" w:rsidP="007857A5">
      <w:pPr>
        <w:autoSpaceDE w:val="0"/>
        <w:autoSpaceDN w:val="0"/>
        <w:spacing w:before="72" w:after="0" w:line="271" w:lineRule="auto"/>
        <w:ind w:right="489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Инструменты для ручного швейного труда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Компьютер, интерактивная панель, документкамера, Электрическая плита, кухонное оборудование, посуда</w:t>
      </w:r>
    </w:p>
    <w:p w14:paraId="5AC709DE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14:paraId="20D267E9" w14:textId="77777777" w:rsidR="007857A5" w:rsidRPr="00432BB2" w:rsidRDefault="007857A5" w:rsidP="007857A5">
      <w:pPr>
        <w:autoSpaceDE w:val="0"/>
        <w:autoSpaceDN w:val="0"/>
        <w:spacing w:before="166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Швейные машины, оверлок, гладильная доска, утюг, парогенератор, вышивальная машина.</w:t>
      </w:r>
    </w:p>
    <w:p w14:paraId="42E91C74" w14:textId="77777777" w:rsidR="007857A5" w:rsidRPr="00432BB2" w:rsidRDefault="007857A5" w:rsidP="007857A5">
      <w:pPr>
        <w:autoSpaceDE w:val="0"/>
        <w:autoSpaceDN w:val="0"/>
        <w:spacing w:before="70" w:after="0" w:line="271" w:lineRule="auto"/>
        <w:ind w:right="489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Инструменты для ручного швейного труда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Компьютер, интерактивная панель, документкамера, Электрическая плита, кухонное оборудование, посуда</w:t>
      </w:r>
    </w:p>
    <w:p w14:paraId="03F55A92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14:paraId="76A05100" w14:textId="77777777" w:rsidR="007857A5" w:rsidRPr="00432BB2" w:rsidRDefault="007857A5" w:rsidP="007857A5">
      <w:pPr>
        <w:autoSpaceDE w:val="0"/>
        <w:autoSpaceDN w:val="0"/>
        <w:spacing w:before="166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Швейные машины, оверлок, гладильная доска, утюг, парогенератор, вышивальная машина.</w:t>
      </w:r>
    </w:p>
    <w:p w14:paraId="7F507584" w14:textId="77777777" w:rsidR="007857A5" w:rsidRPr="00432BB2" w:rsidRDefault="007857A5" w:rsidP="007857A5">
      <w:pPr>
        <w:autoSpaceDE w:val="0"/>
        <w:autoSpaceDN w:val="0"/>
        <w:spacing w:before="70" w:after="0" w:line="271" w:lineRule="auto"/>
        <w:ind w:right="489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Инструменты для ручного швейного труда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Компьютер, интерактивная панель, документкамера, Электрическая плита, кухонное оборудование, посуда</w:t>
      </w:r>
    </w:p>
    <w:p w14:paraId="4CB9475B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14:paraId="7AF35861" w14:textId="77777777" w:rsidR="007857A5" w:rsidRPr="00432BB2" w:rsidRDefault="007857A5" w:rsidP="007857A5">
      <w:pPr>
        <w:autoSpaceDE w:val="0"/>
        <w:autoSpaceDN w:val="0"/>
        <w:spacing w:before="166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Швейные машины, оверлок, гладильная доска, утюг, парогенератор, вышивальная машина.</w:t>
      </w:r>
    </w:p>
    <w:p w14:paraId="649277C6" w14:textId="77777777" w:rsidR="007857A5" w:rsidRPr="00432BB2" w:rsidRDefault="007857A5" w:rsidP="007857A5">
      <w:pPr>
        <w:autoSpaceDE w:val="0"/>
        <w:autoSpaceDN w:val="0"/>
        <w:spacing w:before="70" w:after="0" w:line="271" w:lineRule="auto"/>
        <w:ind w:right="489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Инструменты для ручного швейного труда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Компьютер, интерактивная панель, документкамера, Электрическая плита, кухонное оборудование, посуда</w:t>
      </w:r>
    </w:p>
    <w:p w14:paraId="6209CE8E" w14:textId="77777777" w:rsidR="007857A5" w:rsidRPr="00432BB2" w:rsidRDefault="007857A5" w:rsidP="007857A5">
      <w:pPr>
        <w:autoSpaceDE w:val="0"/>
        <w:autoSpaceDN w:val="0"/>
        <w:spacing w:before="264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ПРАКТИЧЕСКИХ РАБОТ</w:t>
      </w:r>
    </w:p>
    <w:p w14:paraId="2D45FF72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14:paraId="7165746E" w14:textId="77777777" w:rsidR="007857A5" w:rsidRPr="00432BB2" w:rsidRDefault="007857A5" w:rsidP="007857A5">
      <w:pPr>
        <w:autoSpaceDE w:val="0"/>
        <w:autoSpaceDN w:val="0"/>
        <w:spacing w:before="166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Швейные машины, оверлок, гладильная доска, утюг, парогенератор, вышивальная машина.</w:t>
      </w:r>
    </w:p>
    <w:p w14:paraId="5C308CC1" w14:textId="77777777" w:rsidR="007857A5" w:rsidRPr="00432BB2" w:rsidRDefault="007857A5" w:rsidP="007857A5">
      <w:pPr>
        <w:autoSpaceDE w:val="0"/>
        <w:autoSpaceDN w:val="0"/>
        <w:spacing w:before="70" w:after="0" w:line="271" w:lineRule="auto"/>
        <w:ind w:right="489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Инструменты для ручного швейного труда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Компьютер, интерактивная панель, документкамера, Электрическая плита, кухонное оборудование, посуда</w:t>
      </w:r>
    </w:p>
    <w:p w14:paraId="4D94BE6D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14:paraId="5E5A2E2B" w14:textId="77777777" w:rsidR="007857A5" w:rsidRPr="00432BB2" w:rsidRDefault="007857A5" w:rsidP="007857A5">
      <w:pPr>
        <w:autoSpaceDE w:val="0"/>
        <w:autoSpaceDN w:val="0"/>
        <w:spacing w:before="166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Швейные машины, оверлок, гладильная доска, утюг, парогенератор, вышивальная машина.</w:t>
      </w:r>
    </w:p>
    <w:p w14:paraId="44AA07E7" w14:textId="77777777" w:rsidR="007857A5" w:rsidRPr="00432BB2" w:rsidRDefault="007857A5" w:rsidP="007857A5">
      <w:pPr>
        <w:autoSpaceDE w:val="0"/>
        <w:autoSpaceDN w:val="0"/>
        <w:spacing w:before="70" w:after="0" w:line="271" w:lineRule="auto"/>
        <w:ind w:right="489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Инструменты для ручного швейного труда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Компьютер, интерактивная панель, документкамера, Электрическая плита, кухонное оборудование, посуда</w:t>
      </w:r>
    </w:p>
    <w:p w14:paraId="56886457" w14:textId="77777777" w:rsidR="007857A5" w:rsidRPr="00432BB2" w:rsidRDefault="007857A5" w:rsidP="007857A5">
      <w:pPr>
        <w:autoSpaceDE w:val="0"/>
        <w:autoSpaceDN w:val="0"/>
        <w:spacing w:after="0" w:line="172" w:lineRule="exact"/>
        <w:rPr>
          <w:lang w:val="ru-RU"/>
        </w:rPr>
      </w:pPr>
    </w:p>
    <w:p w14:paraId="497E53C4" w14:textId="77777777" w:rsidR="007857A5" w:rsidRPr="00432BB2" w:rsidRDefault="007857A5" w:rsidP="007857A5">
      <w:pPr>
        <w:autoSpaceDE w:val="0"/>
        <w:autoSpaceDN w:val="0"/>
        <w:spacing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14:paraId="0E607134" w14:textId="77777777" w:rsidR="007857A5" w:rsidRPr="00432BB2" w:rsidRDefault="007857A5" w:rsidP="007857A5">
      <w:pPr>
        <w:autoSpaceDE w:val="0"/>
        <w:autoSpaceDN w:val="0"/>
        <w:spacing w:before="166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Швейные машины, оверлок, гладильная доска, утюг, парогенератор, вышивальная машина.</w:t>
      </w:r>
    </w:p>
    <w:p w14:paraId="24E39A0E" w14:textId="77777777" w:rsidR="007857A5" w:rsidRPr="00432BB2" w:rsidRDefault="007857A5" w:rsidP="007857A5">
      <w:pPr>
        <w:autoSpaceDE w:val="0"/>
        <w:autoSpaceDN w:val="0"/>
        <w:spacing w:before="70" w:after="0" w:line="271" w:lineRule="auto"/>
        <w:ind w:right="417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Инструменты для ручного швейного труда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Компьютер, интерактивная панель, документкамера, Электрическая плита, кухонное оборудование, посуда</w:t>
      </w:r>
    </w:p>
    <w:p w14:paraId="4A99CD79" w14:textId="77777777" w:rsidR="007857A5" w:rsidRPr="00432BB2" w:rsidRDefault="007857A5" w:rsidP="007857A5">
      <w:pPr>
        <w:autoSpaceDE w:val="0"/>
        <w:autoSpaceDN w:val="0"/>
        <w:spacing w:before="262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8 КЛАСС</w:t>
      </w:r>
    </w:p>
    <w:p w14:paraId="096C7241" w14:textId="77777777" w:rsidR="007857A5" w:rsidRPr="00432BB2" w:rsidRDefault="007857A5" w:rsidP="007857A5">
      <w:pPr>
        <w:autoSpaceDE w:val="0"/>
        <w:autoSpaceDN w:val="0"/>
        <w:spacing w:before="166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Швейные машины, оверлок, гладильная доска, утюг, парогенератор, вышивальная машина.</w:t>
      </w:r>
    </w:p>
    <w:p w14:paraId="2067CC2E" w14:textId="77777777" w:rsidR="007857A5" w:rsidRPr="00432BB2" w:rsidRDefault="007857A5" w:rsidP="007857A5">
      <w:pPr>
        <w:autoSpaceDE w:val="0"/>
        <w:autoSpaceDN w:val="0"/>
        <w:spacing w:before="70" w:after="0" w:line="271" w:lineRule="auto"/>
        <w:ind w:right="417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Инструменты для ручного швейного труда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Компьютер, интерактивная панель, документкамера, Электрическая плита, кухонное оборудование, посуда</w:t>
      </w:r>
    </w:p>
    <w:p w14:paraId="4910CCC3" w14:textId="77777777" w:rsidR="007857A5" w:rsidRPr="00432BB2" w:rsidRDefault="007857A5" w:rsidP="007857A5">
      <w:pPr>
        <w:autoSpaceDE w:val="0"/>
        <w:autoSpaceDN w:val="0"/>
        <w:spacing w:before="264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14:paraId="248C3CB1" w14:textId="77777777" w:rsidR="007857A5" w:rsidRPr="00432BB2" w:rsidRDefault="007857A5" w:rsidP="007857A5">
      <w:pPr>
        <w:autoSpaceDE w:val="0"/>
        <w:autoSpaceDN w:val="0"/>
        <w:spacing w:before="166" w:after="0" w:line="230" w:lineRule="auto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Швейные машины, оверлок, гладильная доска, утюг, парогенератор, вышивальная машина.</w:t>
      </w:r>
    </w:p>
    <w:p w14:paraId="5ED9C2FC" w14:textId="1E0CE1CD" w:rsidR="00E51644" w:rsidRPr="007857A5" w:rsidRDefault="007857A5" w:rsidP="00504D87">
      <w:pPr>
        <w:autoSpaceDE w:val="0"/>
        <w:autoSpaceDN w:val="0"/>
        <w:spacing w:before="70" w:after="0" w:line="271" w:lineRule="auto"/>
        <w:ind w:right="4176"/>
        <w:rPr>
          <w:lang w:val="ru-RU"/>
        </w:rPr>
      </w:pP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 xml:space="preserve">Инструменты для ручного швейного труда </w:t>
      </w:r>
      <w:r w:rsidRPr="00432BB2">
        <w:rPr>
          <w:lang w:val="ru-RU"/>
        </w:rPr>
        <w:br/>
      </w:r>
      <w:r w:rsidRPr="00432BB2">
        <w:rPr>
          <w:rFonts w:ascii="Times New Roman" w:eastAsia="Times New Roman" w:hAnsi="Times New Roman"/>
          <w:color w:val="000000"/>
          <w:sz w:val="24"/>
          <w:lang w:val="ru-RU"/>
        </w:rPr>
        <w:t>Компьютер, интерактивная панель, документкамера, Электрическая плита, кухонное оборудование, посуда</w:t>
      </w:r>
    </w:p>
    <w:sectPr w:rsidR="00E51644" w:rsidRPr="007857A5" w:rsidSect="007857A5">
      <w:pgSz w:w="11900" w:h="16840"/>
      <w:pgMar w:top="298" w:right="650" w:bottom="338" w:left="666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5C8164" w14:textId="77777777" w:rsidR="007E1735" w:rsidRDefault="007E1735" w:rsidP="008D6FA7">
      <w:pPr>
        <w:spacing w:after="0" w:line="240" w:lineRule="auto"/>
      </w:pPr>
      <w:r>
        <w:separator/>
      </w:r>
    </w:p>
  </w:endnote>
  <w:endnote w:type="continuationSeparator" w:id="0">
    <w:p w14:paraId="25F75198" w14:textId="77777777" w:rsidR="007E1735" w:rsidRDefault="007E1735" w:rsidP="008D6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F039F" w14:textId="77777777" w:rsidR="007E1735" w:rsidRDefault="007E1735" w:rsidP="008D6FA7">
      <w:pPr>
        <w:spacing w:after="0" w:line="240" w:lineRule="auto"/>
      </w:pPr>
      <w:r>
        <w:separator/>
      </w:r>
    </w:p>
  </w:footnote>
  <w:footnote w:type="continuationSeparator" w:id="0">
    <w:p w14:paraId="7F778342" w14:textId="77777777" w:rsidR="007E1735" w:rsidRDefault="007E1735" w:rsidP="008D6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685879"/>
      <w:docPartObj>
        <w:docPartGallery w:val="Page Numbers (Top of Page)"/>
        <w:docPartUnique/>
      </w:docPartObj>
    </w:sdtPr>
    <w:sdtEndPr/>
    <w:sdtContent>
      <w:p w14:paraId="3C293587" w14:textId="7C8C7A82" w:rsidR="00B85C81" w:rsidRDefault="00B85C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B0F" w:rsidRPr="00524B0F">
          <w:rPr>
            <w:noProof/>
            <w:lang w:val="ru-RU"/>
          </w:rPr>
          <w:t>2</w:t>
        </w:r>
        <w:r>
          <w:fldChar w:fldCharType="end"/>
        </w:r>
      </w:p>
    </w:sdtContent>
  </w:sdt>
  <w:p w14:paraId="2213FBDE" w14:textId="77777777" w:rsidR="00B85C81" w:rsidRDefault="00B85C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2507158"/>
    <w:multiLevelType w:val="hybridMultilevel"/>
    <w:tmpl w:val="5ADE7FCE"/>
    <w:lvl w:ilvl="0" w:tplc="03D661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A73EB7"/>
    <w:multiLevelType w:val="hybridMultilevel"/>
    <w:tmpl w:val="BB0E78D4"/>
    <w:lvl w:ilvl="0" w:tplc="03D661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0911D0"/>
    <w:multiLevelType w:val="hybridMultilevel"/>
    <w:tmpl w:val="2B4EAB3C"/>
    <w:lvl w:ilvl="0" w:tplc="040A3B16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57968"/>
    <w:rsid w:val="0006063C"/>
    <w:rsid w:val="00061E07"/>
    <w:rsid w:val="0008073F"/>
    <w:rsid w:val="00081BD2"/>
    <w:rsid w:val="000C236F"/>
    <w:rsid w:val="000D5008"/>
    <w:rsid w:val="0015074B"/>
    <w:rsid w:val="00171EA9"/>
    <w:rsid w:val="001C031B"/>
    <w:rsid w:val="001E1631"/>
    <w:rsid w:val="00255EFD"/>
    <w:rsid w:val="0026340A"/>
    <w:rsid w:val="0029639D"/>
    <w:rsid w:val="003118C9"/>
    <w:rsid w:val="00326F90"/>
    <w:rsid w:val="003C3E56"/>
    <w:rsid w:val="00402D71"/>
    <w:rsid w:val="0041654B"/>
    <w:rsid w:val="00432BB2"/>
    <w:rsid w:val="004608F1"/>
    <w:rsid w:val="004C6EEF"/>
    <w:rsid w:val="00504D87"/>
    <w:rsid w:val="00524B0F"/>
    <w:rsid w:val="00580C3A"/>
    <w:rsid w:val="00591397"/>
    <w:rsid w:val="00596212"/>
    <w:rsid w:val="00637777"/>
    <w:rsid w:val="00661131"/>
    <w:rsid w:val="006755CD"/>
    <w:rsid w:val="006C23DA"/>
    <w:rsid w:val="006E1A13"/>
    <w:rsid w:val="007331C8"/>
    <w:rsid w:val="00775852"/>
    <w:rsid w:val="007857A5"/>
    <w:rsid w:val="007E1735"/>
    <w:rsid w:val="008D6FA7"/>
    <w:rsid w:val="008E301D"/>
    <w:rsid w:val="0092564D"/>
    <w:rsid w:val="00940ABC"/>
    <w:rsid w:val="009A326B"/>
    <w:rsid w:val="009E0BC5"/>
    <w:rsid w:val="009F5C62"/>
    <w:rsid w:val="00AA1D8D"/>
    <w:rsid w:val="00B06B01"/>
    <w:rsid w:val="00B33B50"/>
    <w:rsid w:val="00B47730"/>
    <w:rsid w:val="00B85C81"/>
    <w:rsid w:val="00B92D69"/>
    <w:rsid w:val="00BA73CE"/>
    <w:rsid w:val="00BD2E7E"/>
    <w:rsid w:val="00BF05B6"/>
    <w:rsid w:val="00CB0664"/>
    <w:rsid w:val="00DB3048"/>
    <w:rsid w:val="00DB409C"/>
    <w:rsid w:val="00E51644"/>
    <w:rsid w:val="00E960BD"/>
    <w:rsid w:val="00FC693F"/>
    <w:rsid w:val="00FD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DD9A2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D6FA7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annotation reference"/>
    <w:basedOn w:val="a2"/>
    <w:uiPriority w:val="99"/>
    <w:semiHidden/>
    <w:unhideWhenUsed/>
    <w:rsid w:val="009E0BC5"/>
    <w:rPr>
      <w:sz w:val="16"/>
      <w:szCs w:val="16"/>
    </w:rPr>
  </w:style>
  <w:style w:type="paragraph" w:styleId="aff9">
    <w:name w:val="annotation text"/>
    <w:basedOn w:val="a1"/>
    <w:link w:val="affa"/>
    <w:uiPriority w:val="99"/>
    <w:semiHidden/>
    <w:unhideWhenUsed/>
    <w:rsid w:val="009E0BC5"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2"/>
    <w:link w:val="aff9"/>
    <w:uiPriority w:val="99"/>
    <w:semiHidden/>
    <w:rsid w:val="009E0BC5"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9E0BC5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9E0BC5"/>
    <w:rPr>
      <w:b/>
      <w:bCs/>
      <w:sz w:val="20"/>
      <w:szCs w:val="20"/>
    </w:rPr>
  </w:style>
  <w:style w:type="paragraph" w:styleId="affd">
    <w:name w:val="Balloon Text"/>
    <w:basedOn w:val="a1"/>
    <w:link w:val="affe"/>
    <w:uiPriority w:val="99"/>
    <w:semiHidden/>
    <w:unhideWhenUsed/>
    <w:rsid w:val="001E1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e">
    <w:name w:val="Текст выноски Знак"/>
    <w:basedOn w:val="a2"/>
    <w:link w:val="affd"/>
    <w:uiPriority w:val="99"/>
    <w:semiHidden/>
    <w:rsid w:val="001E16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8D6FA7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annotation reference"/>
    <w:basedOn w:val="a2"/>
    <w:uiPriority w:val="99"/>
    <w:semiHidden/>
    <w:unhideWhenUsed/>
    <w:rsid w:val="009E0BC5"/>
    <w:rPr>
      <w:sz w:val="16"/>
      <w:szCs w:val="16"/>
    </w:rPr>
  </w:style>
  <w:style w:type="paragraph" w:styleId="aff9">
    <w:name w:val="annotation text"/>
    <w:basedOn w:val="a1"/>
    <w:link w:val="affa"/>
    <w:uiPriority w:val="99"/>
    <w:semiHidden/>
    <w:unhideWhenUsed/>
    <w:rsid w:val="009E0BC5"/>
    <w:pPr>
      <w:spacing w:line="240" w:lineRule="auto"/>
    </w:pPr>
    <w:rPr>
      <w:sz w:val="20"/>
      <w:szCs w:val="20"/>
    </w:rPr>
  </w:style>
  <w:style w:type="character" w:customStyle="1" w:styleId="affa">
    <w:name w:val="Текст примечания Знак"/>
    <w:basedOn w:val="a2"/>
    <w:link w:val="aff9"/>
    <w:uiPriority w:val="99"/>
    <w:semiHidden/>
    <w:rsid w:val="009E0BC5"/>
    <w:rPr>
      <w:sz w:val="20"/>
      <w:szCs w:val="20"/>
    </w:rPr>
  </w:style>
  <w:style w:type="paragraph" w:styleId="affb">
    <w:name w:val="annotation subject"/>
    <w:basedOn w:val="aff9"/>
    <w:next w:val="aff9"/>
    <w:link w:val="affc"/>
    <w:uiPriority w:val="99"/>
    <w:semiHidden/>
    <w:unhideWhenUsed/>
    <w:rsid w:val="009E0BC5"/>
    <w:rPr>
      <w:b/>
      <w:bCs/>
    </w:rPr>
  </w:style>
  <w:style w:type="character" w:customStyle="1" w:styleId="affc">
    <w:name w:val="Тема примечания Знак"/>
    <w:basedOn w:val="affa"/>
    <w:link w:val="affb"/>
    <w:uiPriority w:val="99"/>
    <w:semiHidden/>
    <w:rsid w:val="009E0BC5"/>
    <w:rPr>
      <w:b/>
      <w:bCs/>
      <w:sz w:val="20"/>
      <w:szCs w:val="20"/>
    </w:rPr>
  </w:style>
  <w:style w:type="paragraph" w:styleId="affd">
    <w:name w:val="Balloon Text"/>
    <w:basedOn w:val="a1"/>
    <w:link w:val="affe"/>
    <w:uiPriority w:val="99"/>
    <w:semiHidden/>
    <w:unhideWhenUsed/>
    <w:rsid w:val="001E1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e">
    <w:name w:val="Текст выноски Знак"/>
    <w:basedOn w:val="a2"/>
    <w:link w:val="affd"/>
    <w:uiPriority w:val="99"/>
    <w:semiHidden/>
    <w:rsid w:val="001E16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716058F-B946-4F85-8837-CA9A49564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54</Pages>
  <Words>14267</Words>
  <Characters>81328</Characters>
  <Application>Microsoft Office Word</Application>
  <DocSecurity>0</DocSecurity>
  <Lines>677</Lines>
  <Paragraphs>190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95405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1</cp:lastModifiedBy>
  <cp:revision>2</cp:revision>
  <cp:lastPrinted>2022-10-26T07:21:00Z</cp:lastPrinted>
  <dcterms:created xsi:type="dcterms:W3CDTF">2022-10-26T07:22:00Z</dcterms:created>
  <dcterms:modified xsi:type="dcterms:W3CDTF">2022-10-26T07:22:00Z</dcterms:modified>
</cp:coreProperties>
</file>